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C7885" w14:textId="77777777" w:rsidR="009C63FC" w:rsidRPr="0007563B" w:rsidRDefault="00000000">
      <w:pPr>
        <w:spacing w:after="80"/>
        <w:jc w:val="center"/>
        <w:rPr>
          <w:rFonts w:ascii="Yu Gothic" w:eastAsia="Yu Gothic" w:hAnsi="Yu Gothic"/>
          <w:lang w:eastAsia="ja-JP"/>
        </w:rPr>
      </w:pPr>
      <w:r w:rsidRPr="0007563B">
        <w:rPr>
          <w:rFonts w:ascii="Yu Gothic" w:eastAsia="Yu Gothic" w:hAnsi="Yu Gothic"/>
          <w:sz w:val="22"/>
          <w:lang w:eastAsia="ja-JP"/>
        </w:rPr>
        <w:t>独立行政法人国立病院機構さいがた医療センター</w:t>
      </w:r>
    </w:p>
    <w:p w14:paraId="4DB863FB" w14:textId="5E772B3B" w:rsidR="009C63FC" w:rsidRPr="0007563B" w:rsidRDefault="00000000">
      <w:pPr>
        <w:spacing w:after="240"/>
        <w:jc w:val="center"/>
        <w:rPr>
          <w:rFonts w:ascii="Yu Gothic" w:eastAsia="Yu Gothic" w:hAnsi="Yu Gothic"/>
          <w:lang w:eastAsia="zh-TW"/>
        </w:rPr>
      </w:pPr>
      <w:r w:rsidRPr="0007563B">
        <w:rPr>
          <w:rFonts w:ascii="Yu Gothic" w:eastAsia="Yu Gothic" w:hAnsi="Yu Gothic"/>
          <w:b/>
          <w:sz w:val="36"/>
          <w:lang w:eastAsia="zh-TW"/>
        </w:rPr>
        <w:t>臨床研究倫理審査等様式集</w:t>
      </w:r>
    </w:p>
    <w:p w14:paraId="35E0609D" w14:textId="77777777" w:rsidR="009C63FC" w:rsidRPr="0007563B" w:rsidRDefault="00000000">
      <w:pPr>
        <w:spacing w:after="80"/>
        <w:rPr>
          <w:rFonts w:ascii="Yu Gothic" w:eastAsia="Yu Gothic" w:hAnsi="Yu Gothic"/>
          <w:lang w:eastAsia="ja-JP"/>
        </w:rPr>
      </w:pPr>
      <w:r w:rsidRPr="0007563B">
        <w:rPr>
          <w:rFonts w:ascii="Yu Gothic" w:eastAsia="Yu Gothic" w:hAnsi="Yu Gothic"/>
          <w:sz w:val="20"/>
          <w:lang w:eastAsia="ja-JP"/>
        </w:rPr>
        <w:t>本様式集は「さいがた医療センターにおける臨床研究の実施に関する標準業務手順書」第18項に基づく。研究内容に該当しない欄は「該当なし」と記載する。多機関共同研究では、必要事項を含む研究代表機関又は一括審査委員会の様式で代替できる。</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6219FD92" w14:textId="77777777">
        <w:trPr>
          <w:jc w:val="center"/>
        </w:trPr>
        <w:tc>
          <w:tcPr>
            <w:tcW w:w="2608" w:type="dxa"/>
            <w:shd w:val="clear" w:color="auto" w:fill="EEF4F8"/>
            <w:vAlign w:val="center"/>
          </w:tcPr>
          <w:p w14:paraId="7BE724FF"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管理項目</w:t>
            </w:r>
            <w:proofErr w:type="spellEnd"/>
          </w:p>
        </w:tc>
        <w:tc>
          <w:tcPr>
            <w:tcW w:w="6463" w:type="dxa"/>
            <w:vAlign w:val="center"/>
          </w:tcPr>
          <w:p w14:paraId="6D835327"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内容</w:t>
            </w:r>
          </w:p>
        </w:tc>
      </w:tr>
      <w:tr w:rsidR="009C63FC" w:rsidRPr="0007563B" w14:paraId="1E9D557B" w14:textId="77777777">
        <w:trPr>
          <w:jc w:val="center"/>
        </w:trPr>
        <w:tc>
          <w:tcPr>
            <w:tcW w:w="2608" w:type="dxa"/>
            <w:shd w:val="clear" w:color="auto" w:fill="EEF4F8"/>
            <w:vAlign w:val="center"/>
          </w:tcPr>
          <w:p w14:paraId="1A21B45D"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制定日</w:t>
            </w:r>
          </w:p>
        </w:tc>
        <w:tc>
          <w:tcPr>
            <w:tcW w:w="6463" w:type="dxa"/>
            <w:vAlign w:val="center"/>
          </w:tcPr>
          <w:p w14:paraId="1A1123F6" w14:textId="139CDDE2" w:rsidR="009C63FC" w:rsidRPr="0007563B" w:rsidRDefault="00000000">
            <w:pPr>
              <w:spacing w:line="252" w:lineRule="auto"/>
              <w:rPr>
                <w:rFonts w:ascii="Yu Gothic" w:eastAsia="Yu Gothic" w:hAnsi="Yu Gothic"/>
              </w:rPr>
            </w:pPr>
            <w:proofErr w:type="spellStart"/>
            <w:r w:rsidRPr="0007563B">
              <w:rPr>
                <w:rFonts w:ascii="Yu Gothic" w:eastAsia="Yu Gothic" w:hAnsi="Yu Gothic"/>
                <w:sz w:val="18"/>
              </w:rPr>
              <w:t>令和</w:t>
            </w:r>
            <w:proofErr w:type="spellEnd"/>
            <w:r w:rsidRPr="0007563B">
              <w:rPr>
                <w:rFonts w:ascii="Yu Gothic" w:eastAsia="Yu Gothic" w:hAnsi="Yu Gothic"/>
                <w:sz w:val="18"/>
              </w:rPr>
              <w:t xml:space="preserve">　</w:t>
            </w:r>
            <w:r w:rsidR="00286D4D">
              <w:rPr>
                <w:rFonts w:ascii="Yu Gothic" w:eastAsia="Yu Gothic" w:hAnsi="Yu Gothic" w:hint="eastAsia"/>
                <w:sz w:val="18"/>
                <w:lang w:eastAsia="ja-JP"/>
              </w:rPr>
              <w:t>８</w:t>
            </w:r>
            <w:r w:rsidRPr="0007563B">
              <w:rPr>
                <w:rFonts w:ascii="Yu Gothic" w:eastAsia="Yu Gothic" w:hAnsi="Yu Gothic"/>
                <w:sz w:val="18"/>
              </w:rPr>
              <w:t>年</w:t>
            </w:r>
            <w:r w:rsidR="00286D4D">
              <w:rPr>
                <w:rFonts w:ascii="Yu Gothic" w:eastAsia="Yu Gothic" w:hAnsi="Yu Gothic" w:hint="eastAsia"/>
                <w:sz w:val="18"/>
                <w:lang w:eastAsia="ja-JP"/>
              </w:rPr>
              <w:t>１０</w:t>
            </w:r>
            <w:r w:rsidRPr="0007563B">
              <w:rPr>
                <w:rFonts w:ascii="Yu Gothic" w:eastAsia="Yu Gothic" w:hAnsi="Yu Gothic"/>
                <w:sz w:val="18"/>
              </w:rPr>
              <w:t xml:space="preserve">月　</w:t>
            </w:r>
            <w:r w:rsidR="00286D4D">
              <w:rPr>
                <w:rFonts w:ascii="Yu Gothic" w:eastAsia="Yu Gothic" w:hAnsi="Yu Gothic" w:hint="eastAsia"/>
                <w:sz w:val="18"/>
                <w:lang w:eastAsia="ja-JP"/>
              </w:rPr>
              <w:t>１</w:t>
            </w:r>
            <w:r w:rsidRPr="0007563B">
              <w:rPr>
                <w:rFonts w:ascii="Yu Gothic" w:eastAsia="Yu Gothic" w:hAnsi="Yu Gothic"/>
                <w:sz w:val="18"/>
              </w:rPr>
              <w:t>日</w:t>
            </w:r>
          </w:p>
        </w:tc>
      </w:tr>
      <w:tr w:rsidR="009C63FC" w:rsidRPr="0007563B" w14:paraId="7EA967B8" w14:textId="77777777">
        <w:trPr>
          <w:jc w:val="center"/>
        </w:trPr>
        <w:tc>
          <w:tcPr>
            <w:tcW w:w="2608" w:type="dxa"/>
            <w:shd w:val="clear" w:color="auto" w:fill="EEF4F8"/>
            <w:vAlign w:val="center"/>
          </w:tcPr>
          <w:p w14:paraId="14E5239B"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施行日</w:t>
            </w:r>
          </w:p>
        </w:tc>
        <w:tc>
          <w:tcPr>
            <w:tcW w:w="6463" w:type="dxa"/>
            <w:vAlign w:val="center"/>
          </w:tcPr>
          <w:p w14:paraId="3593B592" w14:textId="656C45C7" w:rsidR="009C63FC" w:rsidRPr="0007563B" w:rsidRDefault="00000000">
            <w:pPr>
              <w:spacing w:line="252" w:lineRule="auto"/>
              <w:rPr>
                <w:rFonts w:ascii="Yu Gothic" w:eastAsia="Yu Gothic" w:hAnsi="Yu Gothic"/>
              </w:rPr>
            </w:pPr>
            <w:proofErr w:type="spellStart"/>
            <w:r w:rsidRPr="0007563B">
              <w:rPr>
                <w:rFonts w:ascii="Yu Gothic" w:eastAsia="Yu Gothic" w:hAnsi="Yu Gothic"/>
                <w:sz w:val="18"/>
              </w:rPr>
              <w:t>令和</w:t>
            </w:r>
            <w:proofErr w:type="spellEnd"/>
            <w:r w:rsidRPr="0007563B">
              <w:rPr>
                <w:rFonts w:ascii="Yu Gothic" w:eastAsia="Yu Gothic" w:hAnsi="Yu Gothic"/>
                <w:sz w:val="18"/>
              </w:rPr>
              <w:t xml:space="preserve">　</w:t>
            </w:r>
            <w:r w:rsidR="00062F1F">
              <w:rPr>
                <w:rFonts w:ascii="Yu Gothic" w:eastAsia="Yu Gothic" w:hAnsi="Yu Gothic" w:hint="eastAsia"/>
                <w:sz w:val="18"/>
                <w:lang w:eastAsia="ja-JP"/>
              </w:rPr>
              <w:t>８</w:t>
            </w:r>
            <w:r w:rsidRPr="0007563B">
              <w:rPr>
                <w:rFonts w:ascii="Yu Gothic" w:eastAsia="Yu Gothic" w:hAnsi="Yu Gothic"/>
                <w:sz w:val="18"/>
              </w:rPr>
              <w:t>年</w:t>
            </w:r>
            <w:r w:rsidR="00062F1F">
              <w:rPr>
                <w:rFonts w:ascii="Yu Gothic" w:eastAsia="Yu Gothic" w:hAnsi="Yu Gothic" w:hint="eastAsia"/>
                <w:sz w:val="18"/>
                <w:lang w:eastAsia="ja-JP"/>
              </w:rPr>
              <w:t>１０</w:t>
            </w:r>
            <w:r w:rsidRPr="0007563B">
              <w:rPr>
                <w:rFonts w:ascii="Yu Gothic" w:eastAsia="Yu Gothic" w:hAnsi="Yu Gothic"/>
                <w:sz w:val="18"/>
              </w:rPr>
              <w:t xml:space="preserve">月　</w:t>
            </w:r>
            <w:r w:rsidR="00062F1F">
              <w:rPr>
                <w:rFonts w:ascii="Yu Gothic" w:eastAsia="Yu Gothic" w:hAnsi="Yu Gothic" w:hint="eastAsia"/>
                <w:sz w:val="18"/>
                <w:lang w:eastAsia="ja-JP"/>
              </w:rPr>
              <w:t>１</w:t>
            </w:r>
            <w:r w:rsidRPr="0007563B">
              <w:rPr>
                <w:rFonts w:ascii="Yu Gothic" w:eastAsia="Yu Gothic" w:hAnsi="Yu Gothic"/>
                <w:sz w:val="18"/>
              </w:rPr>
              <w:t>日</w:t>
            </w:r>
          </w:p>
        </w:tc>
      </w:tr>
      <w:tr w:rsidR="009C63FC" w:rsidRPr="0007563B" w14:paraId="678A0852" w14:textId="77777777">
        <w:trPr>
          <w:jc w:val="center"/>
        </w:trPr>
        <w:tc>
          <w:tcPr>
            <w:tcW w:w="2608" w:type="dxa"/>
            <w:shd w:val="clear" w:color="auto" w:fill="EEF4F8"/>
            <w:vAlign w:val="center"/>
          </w:tcPr>
          <w:p w14:paraId="43FCFB33"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所管部署</w:t>
            </w:r>
          </w:p>
        </w:tc>
        <w:tc>
          <w:tcPr>
            <w:tcW w:w="6463" w:type="dxa"/>
            <w:vAlign w:val="center"/>
          </w:tcPr>
          <w:p w14:paraId="5B3DA905"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管理課</w:t>
            </w:r>
          </w:p>
        </w:tc>
      </w:tr>
      <w:tr w:rsidR="009C63FC" w:rsidRPr="0007563B" w14:paraId="18BEDF0A" w14:textId="77777777">
        <w:trPr>
          <w:jc w:val="center"/>
        </w:trPr>
        <w:tc>
          <w:tcPr>
            <w:tcW w:w="2608" w:type="dxa"/>
            <w:shd w:val="clear" w:color="auto" w:fill="EEF4F8"/>
            <w:vAlign w:val="center"/>
          </w:tcPr>
          <w:p w14:paraId="356E1405"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様式数</w:t>
            </w:r>
          </w:p>
        </w:tc>
        <w:tc>
          <w:tcPr>
            <w:tcW w:w="6463" w:type="dxa"/>
            <w:vAlign w:val="center"/>
          </w:tcPr>
          <w:p w14:paraId="5B02E2AD"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12様式</w:t>
            </w:r>
          </w:p>
        </w:tc>
      </w:tr>
    </w:tbl>
    <w:p w14:paraId="6D7F5474" w14:textId="77777777" w:rsidR="009C63FC" w:rsidRPr="0007563B" w:rsidRDefault="009C63FC">
      <w:pPr>
        <w:spacing w:after="20"/>
        <w:rPr>
          <w:rFonts w:ascii="Yu Gothic" w:eastAsia="Yu Gothic" w:hAnsi="Yu Gothic"/>
        </w:rPr>
      </w:pPr>
    </w:p>
    <w:p w14:paraId="48D7CD77" w14:textId="77777777" w:rsidR="009C63FC" w:rsidRPr="0007563B" w:rsidRDefault="00000000">
      <w:pPr>
        <w:rPr>
          <w:rFonts w:ascii="Yu Gothic" w:eastAsia="Yu Gothic" w:hAnsi="Yu Gothic"/>
        </w:rPr>
      </w:pPr>
      <w:r w:rsidRPr="0007563B">
        <w:rPr>
          <w:rFonts w:ascii="Yu Gothic" w:eastAsia="Yu Gothic" w:hAnsi="Yu Gothic"/>
        </w:rPr>
        <w:br w:type="page"/>
      </w:r>
    </w:p>
    <w:p w14:paraId="4972EB3A" w14:textId="77777777" w:rsidR="00402170" w:rsidRPr="00402170" w:rsidRDefault="00000000" w:rsidP="00402170">
      <w:pPr>
        <w:spacing w:after="160"/>
        <w:rPr>
          <w:rFonts w:ascii="Yu Gothic" w:eastAsia="Yu Gothic" w:hAnsi="Yu Gothic"/>
          <w:bCs/>
          <w:sz w:val="20"/>
          <w:szCs w:val="20"/>
          <w:lang w:eastAsia="ja-JP"/>
        </w:rPr>
      </w:pPr>
      <w:r w:rsidRPr="00402170">
        <w:rPr>
          <w:rFonts w:ascii="Yu Gothic" w:eastAsia="Yu Gothic" w:hAnsi="Yu Gothic"/>
          <w:bCs/>
          <w:sz w:val="20"/>
          <w:szCs w:val="20"/>
        </w:rPr>
        <w:lastRenderedPageBreak/>
        <w:t xml:space="preserve">様式1　</w:t>
      </w:r>
    </w:p>
    <w:p w14:paraId="19F23AA8" w14:textId="2655ED07" w:rsidR="009C63FC" w:rsidRPr="0007563B" w:rsidRDefault="00000000">
      <w:pPr>
        <w:spacing w:after="160"/>
        <w:jc w:val="center"/>
        <w:rPr>
          <w:rFonts w:ascii="Yu Gothic" w:eastAsia="Yu Gothic" w:hAnsi="Yu Gothic"/>
        </w:rPr>
      </w:pPr>
      <w:proofErr w:type="spellStart"/>
      <w:r w:rsidRPr="0007563B">
        <w:rPr>
          <w:rFonts w:ascii="Yu Gothic" w:eastAsia="Yu Gothic" w:hAnsi="Yu Gothic"/>
          <w:b/>
          <w:sz w:val="30"/>
        </w:rPr>
        <w:t>倫理審査申請書</w:t>
      </w:r>
      <w:proofErr w:type="spellEnd"/>
    </w:p>
    <w:tbl>
      <w:tblPr>
        <w:tblStyle w:val="afe"/>
        <w:tblW w:w="0" w:type="auto"/>
        <w:jc w:val="center"/>
        <w:tblLayout w:type="fixed"/>
        <w:tblLook w:val="04A0" w:firstRow="1" w:lastRow="0" w:firstColumn="1" w:lastColumn="0" w:noHBand="0" w:noVBand="1"/>
      </w:tblPr>
      <w:tblGrid>
        <w:gridCol w:w="2608"/>
        <w:gridCol w:w="6463"/>
      </w:tblGrid>
      <w:tr w:rsidR="009C63FC" w:rsidRPr="0007563B" w14:paraId="17F9C651" w14:textId="77777777">
        <w:trPr>
          <w:jc w:val="center"/>
        </w:trPr>
        <w:tc>
          <w:tcPr>
            <w:tcW w:w="2608" w:type="dxa"/>
            <w:shd w:val="clear" w:color="auto" w:fill="EEF4F8"/>
            <w:vAlign w:val="center"/>
          </w:tcPr>
          <w:p w14:paraId="7CC0EC22"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申請日</w:t>
            </w:r>
          </w:p>
        </w:tc>
        <w:tc>
          <w:tcPr>
            <w:tcW w:w="6463" w:type="dxa"/>
            <w:vAlign w:val="center"/>
          </w:tcPr>
          <w:p w14:paraId="102FE1E5"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令和　年　月　日</w:t>
            </w:r>
          </w:p>
        </w:tc>
      </w:tr>
      <w:tr w:rsidR="009C63FC" w:rsidRPr="0007563B" w14:paraId="5DC80883" w14:textId="77777777">
        <w:trPr>
          <w:jc w:val="center"/>
        </w:trPr>
        <w:tc>
          <w:tcPr>
            <w:tcW w:w="2608" w:type="dxa"/>
            <w:shd w:val="clear" w:color="auto" w:fill="EEF4F8"/>
            <w:vAlign w:val="center"/>
          </w:tcPr>
          <w:p w14:paraId="6439C6C6"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申請区分</w:t>
            </w:r>
          </w:p>
        </w:tc>
        <w:tc>
          <w:tcPr>
            <w:tcW w:w="6463" w:type="dxa"/>
            <w:vAlign w:val="center"/>
          </w:tcPr>
          <w:p w14:paraId="178B805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□新規　□変更　□継続　□再審査　□一括審査後の実施許可</w:t>
            </w:r>
          </w:p>
        </w:tc>
      </w:tr>
      <w:tr w:rsidR="009C63FC" w:rsidRPr="0007563B" w14:paraId="216F6B86" w14:textId="77777777">
        <w:trPr>
          <w:jc w:val="center"/>
        </w:trPr>
        <w:tc>
          <w:tcPr>
            <w:tcW w:w="2608" w:type="dxa"/>
            <w:shd w:val="clear" w:color="auto" w:fill="EEF4F8"/>
            <w:vAlign w:val="center"/>
          </w:tcPr>
          <w:p w14:paraId="5DFB612E"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研究課題名</w:t>
            </w:r>
            <w:proofErr w:type="spellEnd"/>
          </w:p>
        </w:tc>
        <w:tc>
          <w:tcPr>
            <w:tcW w:w="6463" w:type="dxa"/>
            <w:vAlign w:val="center"/>
          </w:tcPr>
          <w:p w14:paraId="0FCC0884"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02E3F2A7" w14:textId="77777777">
        <w:trPr>
          <w:jc w:val="center"/>
        </w:trPr>
        <w:tc>
          <w:tcPr>
            <w:tcW w:w="2608" w:type="dxa"/>
            <w:shd w:val="clear" w:color="auto" w:fill="EEF4F8"/>
            <w:vAlign w:val="center"/>
          </w:tcPr>
          <w:p w14:paraId="4A7CB6AA"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研究責任者</w:t>
            </w:r>
          </w:p>
        </w:tc>
        <w:tc>
          <w:tcPr>
            <w:tcW w:w="6463" w:type="dxa"/>
            <w:vAlign w:val="center"/>
          </w:tcPr>
          <w:p w14:paraId="2D78806F"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所属・職名：　　　　　　　　　氏名：</w:t>
            </w:r>
          </w:p>
        </w:tc>
      </w:tr>
      <w:tr w:rsidR="009C63FC" w:rsidRPr="0007563B" w14:paraId="2D6445C0" w14:textId="77777777">
        <w:trPr>
          <w:jc w:val="center"/>
        </w:trPr>
        <w:tc>
          <w:tcPr>
            <w:tcW w:w="2608" w:type="dxa"/>
            <w:shd w:val="clear" w:color="auto" w:fill="EEF4F8"/>
            <w:vAlign w:val="center"/>
          </w:tcPr>
          <w:p w14:paraId="7DE0995A"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研究代表者・代表機関</w:t>
            </w:r>
          </w:p>
        </w:tc>
        <w:tc>
          <w:tcPr>
            <w:tcW w:w="6463" w:type="dxa"/>
            <w:vAlign w:val="center"/>
          </w:tcPr>
          <w:p w14:paraId="2C6803BD"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□該当なし　□あり（氏名・機関：　　　　　　　　　）</w:t>
            </w:r>
          </w:p>
        </w:tc>
      </w:tr>
      <w:tr w:rsidR="009C63FC" w:rsidRPr="0007563B" w14:paraId="134FF343" w14:textId="77777777">
        <w:trPr>
          <w:jc w:val="center"/>
        </w:trPr>
        <w:tc>
          <w:tcPr>
            <w:tcW w:w="2608" w:type="dxa"/>
            <w:shd w:val="clear" w:color="auto" w:fill="EEF4F8"/>
            <w:vAlign w:val="center"/>
          </w:tcPr>
          <w:p w14:paraId="7AD4934A"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研究区分</w:t>
            </w:r>
            <w:proofErr w:type="spellEnd"/>
          </w:p>
        </w:tc>
        <w:tc>
          <w:tcPr>
            <w:tcW w:w="6463" w:type="dxa"/>
            <w:vAlign w:val="center"/>
          </w:tcPr>
          <w:p w14:paraId="48237518"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□単施設　□多機関共同　□介入あり　□侵襲あり（□軽微）</w:t>
            </w:r>
          </w:p>
        </w:tc>
      </w:tr>
      <w:tr w:rsidR="009C63FC" w:rsidRPr="0007563B" w14:paraId="12B074A9" w14:textId="77777777">
        <w:trPr>
          <w:jc w:val="center"/>
        </w:trPr>
        <w:tc>
          <w:tcPr>
            <w:tcW w:w="2608" w:type="dxa"/>
            <w:shd w:val="clear" w:color="auto" w:fill="EEF4F8"/>
            <w:vAlign w:val="center"/>
          </w:tcPr>
          <w:p w14:paraId="7D340723"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予定期間</w:t>
            </w:r>
            <w:proofErr w:type="spellEnd"/>
          </w:p>
        </w:tc>
        <w:tc>
          <w:tcPr>
            <w:tcW w:w="6463" w:type="dxa"/>
            <w:vAlign w:val="center"/>
          </w:tcPr>
          <w:p w14:paraId="5002B396"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院長許可日から令和　年　月　日まで</w:t>
            </w:r>
          </w:p>
        </w:tc>
      </w:tr>
      <w:tr w:rsidR="009C63FC" w:rsidRPr="0007563B" w14:paraId="18CA50CC" w14:textId="77777777">
        <w:trPr>
          <w:jc w:val="center"/>
        </w:trPr>
        <w:tc>
          <w:tcPr>
            <w:tcW w:w="2608" w:type="dxa"/>
            <w:shd w:val="clear" w:color="auto" w:fill="EEF4F8"/>
            <w:vAlign w:val="center"/>
          </w:tcPr>
          <w:p w14:paraId="167831D7"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対象者・予定数</w:t>
            </w:r>
            <w:proofErr w:type="spellEnd"/>
          </w:p>
        </w:tc>
        <w:tc>
          <w:tcPr>
            <w:tcW w:w="6463" w:type="dxa"/>
            <w:vAlign w:val="center"/>
          </w:tcPr>
          <w:p w14:paraId="1C1CD2A9"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79CFB7C0" w14:textId="77777777">
        <w:trPr>
          <w:jc w:val="center"/>
        </w:trPr>
        <w:tc>
          <w:tcPr>
            <w:tcW w:w="2608" w:type="dxa"/>
            <w:shd w:val="clear" w:color="auto" w:fill="EEF4F8"/>
            <w:vAlign w:val="center"/>
          </w:tcPr>
          <w:p w14:paraId="248A6CD1"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審査経路</w:t>
            </w:r>
          </w:p>
        </w:tc>
        <w:tc>
          <w:tcPr>
            <w:tcW w:w="6463" w:type="dxa"/>
            <w:vAlign w:val="center"/>
          </w:tcPr>
          <w:p w14:paraId="6D7D4512"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□当院通常審査　□当院迅速審査　□他機関一括審査</w:t>
            </w:r>
          </w:p>
        </w:tc>
      </w:tr>
      <w:tr w:rsidR="009C63FC" w:rsidRPr="0007563B" w14:paraId="2459A7A2" w14:textId="77777777">
        <w:trPr>
          <w:jc w:val="center"/>
        </w:trPr>
        <w:tc>
          <w:tcPr>
            <w:tcW w:w="2608" w:type="dxa"/>
            <w:shd w:val="clear" w:color="auto" w:fill="EEF4F8"/>
            <w:vAlign w:val="center"/>
          </w:tcPr>
          <w:p w14:paraId="30C93677"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同意手続</w:t>
            </w:r>
            <w:proofErr w:type="spellEnd"/>
          </w:p>
        </w:tc>
        <w:tc>
          <w:tcPr>
            <w:tcW w:w="6463" w:type="dxa"/>
            <w:vAlign w:val="center"/>
          </w:tcPr>
          <w:p w14:paraId="323B347F" w14:textId="110C9A2E"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□文書同意　□電磁的同意　□適切な同意　□同意手続の簡略化</w:t>
            </w:r>
            <w:r w:rsidRPr="0007563B">
              <w:rPr>
                <w:rFonts w:ascii="Yu Gothic" w:eastAsia="Yu Gothic" w:hAnsi="Yu Gothic"/>
                <w:sz w:val="18"/>
                <w:lang w:eastAsia="ja-JP"/>
              </w:rPr>
              <w:br/>
              <w:t>□オプトアウト（情報通知・公開＋拒否機会）　□その他</w:t>
            </w:r>
            <w:r w:rsidR="005A4F90">
              <w:rPr>
                <w:rFonts w:ascii="Yu Gothic" w:eastAsia="Yu Gothic" w:hAnsi="Yu Gothic" w:hint="eastAsia"/>
                <w:sz w:val="18"/>
                <w:lang w:eastAsia="ja-JP"/>
              </w:rPr>
              <w:t>（　　　　　　）</w:t>
            </w:r>
          </w:p>
        </w:tc>
      </w:tr>
      <w:tr w:rsidR="009C63FC" w:rsidRPr="0007563B" w14:paraId="5BEC875C" w14:textId="77777777">
        <w:trPr>
          <w:jc w:val="center"/>
        </w:trPr>
        <w:tc>
          <w:tcPr>
            <w:tcW w:w="2608" w:type="dxa"/>
            <w:shd w:val="clear" w:color="auto" w:fill="EEF4F8"/>
            <w:vAlign w:val="center"/>
          </w:tcPr>
          <w:p w14:paraId="1E80ADDF"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同意を受けない場合の根拠</w:t>
            </w:r>
          </w:p>
        </w:tc>
        <w:tc>
          <w:tcPr>
            <w:tcW w:w="6463" w:type="dxa"/>
            <w:vAlign w:val="center"/>
          </w:tcPr>
          <w:p w14:paraId="499B0A72"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□該当なし　□研究計画書に指針上の根拠及び理由を記載</w:t>
            </w:r>
          </w:p>
        </w:tc>
      </w:tr>
      <w:tr w:rsidR="009C63FC" w:rsidRPr="0007563B" w14:paraId="04807F1C" w14:textId="77777777">
        <w:trPr>
          <w:jc w:val="center"/>
        </w:trPr>
        <w:tc>
          <w:tcPr>
            <w:tcW w:w="2608" w:type="dxa"/>
            <w:shd w:val="clear" w:color="auto" w:fill="EEF4F8"/>
            <w:vAlign w:val="center"/>
          </w:tcPr>
          <w:p w14:paraId="1C11CD5C"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試料・情報の授受</w:t>
            </w:r>
            <w:proofErr w:type="spellEnd"/>
          </w:p>
        </w:tc>
        <w:tc>
          <w:tcPr>
            <w:tcW w:w="6463" w:type="dxa"/>
            <w:vAlign w:val="center"/>
          </w:tcPr>
          <w:p w14:paraId="71FFFC57"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□なし　□提供あり　□取得あり　□外国への提供あり</w:t>
            </w:r>
          </w:p>
        </w:tc>
      </w:tr>
      <w:tr w:rsidR="009C63FC" w:rsidRPr="0007563B" w14:paraId="2803F335" w14:textId="77777777">
        <w:trPr>
          <w:jc w:val="center"/>
        </w:trPr>
        <w:tc>
          <w:tcPr>
            <w:tcW w:w="2608" w:type="dxa"/>
            <w:shd w:val="clear" w:color="auto" w:fill="EEF4F8"/>
            <w:vAlign w:val="center"/>
          </w:tcPr>
          <w:p w14:paraId="5098FF0E"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研究資金・企業関係</w:t>
            </w:r>
            <w:proofErr w:type="spellEnd"/>
          </w:p>
        </w:tc>
        <w:tc>
          <w:tcPr>
            <w:tcW w:w="6463" w:type="dxa"/>
            <w:vAlign w:val="center"/>
          </w:tcPr>
          <w:p w14:paraId="187DAA88"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31156AA9" w14:textId="77777777">
        <w:trPr>
          <w:jc w:val="center"/>
        </w:trPr>
        <w:tc>
          <w:tcPr>
            <w:tcW w:w="2608" w:type="dxa"/>
            <w:shd w:val="clear" w:color="auto" w:fill="EEF4F8"/>
            <w:vAlign w:val="center"/>
          </w:tcPr>
          <w:p w14:paraId="3A95FCE4"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添付書類</w:t>
            </w:r>
          </w:p>
        </w:tc>
        <w:tc>
          <w:tcPr>
            <w:tcW w:w="6463" w:type="dxa"/>
            <w:vAlign w:val="center"/>
          </w:tcPr>
          <w:p w14:paraId="271378FE"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□研究計画書　□説明・同意文書　□情報公開文書　□COI申告書　□調査票等　□一括審査資料　□その他</w:t>
            </w:r>
          </w:p>
        </w:tc>
      </w:tr>
      <w:tr w:rsidR="009C63FC" w:rsidRPr="0007563B" w14:paraId="2AD85EB4" w14:textId="77777777">
        <w:trPr>
          <w:jc w:val="center"/>
        </w:trPr>
        <w:tc>
          <w:tcPr>
            <w:tcW w:w="2608" w:type="dxa"/>
            <w:shd w:val="clear" w:color="auto" w:fill="EEF4F8"/>
            <w:vAlign w:val="center"/>
          </w:tcPr>
          <w:p w14:paraId="1DA9ACB0"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申請者確認</w:t>
            </w:r>
            <w:proofErr w:type="spellEnd"/>
          </w:p>
        </w:tc>
        <w:tc>
          <w:tcPr>
            <w:tcW w:w="6463" w:type="dxa"/>
            <w:vAlign w:val="center"/>
          </w:tcPr>
          <w:p w14:paraId="1152A6DE"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lang w:eastAsia="ja-JP"/>
              </w:rPr>
              <w:t>本申請及び添付資料の内容は正確であり、院長の実施許可前に研究を開始しません。</w:t>
            </w:r>
            <w:r w:rsidRPr="0007563B">
              <w:rPr>
                <w:rFonts w:ascii="Yu Gothic" w:eastAsia="Yu Gothic" w:hAnsi="Yu Gothic"/>
                <w:sz w:val="18"/>
                <w:lang w:eastAsia="ja-JP"/>
              </w:rPr>
              <w:br/>
            </w:r>
            <w:proofErr w:type="spellStart"/>
            <w:r w:rsidRPr="0007563B">
              <w:rPr>
                <w:rFonts w:ascii="Yu Gothic" w:eastAsia="Yu Gothic" w:hAnsi="Yu Gothic"/>
                <w:sz w:val="18"/>
              </w:rPr>
              <w:t>署名</w:t>
            </w:r>
            <w:proofErr w:type="spellEnd"/>
            <w:r w:rsidRPr="0007563B">
              <w:rPr>
                <w:rFonts w:ascii="Yu Gothic" w:eastAsia="Yu Gothic" w:hAnsi="Yu Gothic"/>
                <w:sz w:val="18"/>
              </w:rPr>
              <w:t xml:space="preserve">：　　　　　　　　　　　　　　　</w:t>
            </w:r>
          </w:p>
        </w:tc>
      </w:tr>
    </w:tbl>
    <w:p w14:paraId="49B5E0E1" w14:textId="77777777" w:rsidR="009C63FC" w:rsidRPr="0007563B" w:rsidRDefault="009C63FC">
      <w:pPr>
        <w:spacing w:after="20"/>
        <w:rPr>
          <w:rFonts w:ascii="Yu Gothic" w:eastAsia="Yu Gothic" w:hAnsi="Yu Gothic"/>
        </w:rPr>
      </w:pPr>
    </w:p>
    <w:p w14:paraId="6180E822" w14:textId="77777777" w:rsidR="009C63FC" w:rsidRPr="0007563B" w:rsidRDefault="00000000">
      <w:pPr>
        <w:rPr>
          <w:rFonts w:ascii="Yu Gothic" w:eastAsia="Yu Gothic" w:hAnsi="Yu Gothic"/>
        </w:rPr>
      </w:pPr>
      <w:r w:rsidRPr="0007563B">
        <w:rPr>
          <w:rFonts w:ascii="Yu Gothic" w:eastAsia="Yu Gothic" w:hAnsi="Yu Gothic"/>
        </w:rPr>
        <w:br w:type="page"/>
      </w:r>
    </w:p>
    <w:p w14:paraId="7433346C" w14:textId="77777777" w:rsidR="00402170" w:rsidRPr="00402170" w:rsidRDefault="00000000" w:rsidP="00402170">
      <w:pPr>
        <w:spacing w:after="160"/>
        <w:rPr>
          <w:rFonts w:ascii="Yu Gothic" w:eastAsia="Yu Gothic" w:hAnsi="Yu Gothic"/>
          <w:bCs/>
          <w:sz w:val="20"/>
          <w:szCs w:val="20"/>
          <w:lang w:eastAsia="ja-JP"/>
        </w:rPr>
      </w:pPr>
      <w:r w:rsidRPr="00402170">
        <w:rPr>
          <w:rFonts w:ascii="Yu Gothic" w:eastAsia="Yu Gothic" w:hAnsi="Yu Gothic"/>
          <w:bCs/>
          <w:sz w:val="20"/>
          <w:szCs w:val="20"/>
        </w:rPr>
        <w:lastRenderedPageBreak/>
        <w:t xml:space="preserve">様式2　</w:t>
      </w:r>
    </w:p>
    <w:p w14:paraId="29565CBC" w14:textId="253EC5B3" w:rsidR="009C63FC" w:rsidRPr="0007563B" w:rsidRDefault="00000000">
      <w:pPr>
        <w:spacing w:after="160"/>
        <w:jc w:val="center"/>
        <w:rPr>
          <w:rFonts w:ascii="Yu Gothic" w:eastAsia="Yu Gothic" w:hAnsi="Yu Gothic"/>
        </w:rPr>
      </w:pPr>
      <w:proofErr w:type="spellStart"/>
      <w:r w:rsidRPr="0007563B">
        <w:rPr>
          <w:rFonts w:ascii="Yu Gothic" w:eastAsia="Yu Gothic" w:hAnsi="Yu Gothic"/>
          <w:b/>
          <w:sz w:val="30"/>
        </w:rPr>
        <w:t>研究計画書</w:t>
      </w:r>
      <w:proofErr w:type="spellEnd"/>
    </w:p>
    <w:p w14:paraId="71305FDA" w14:textId="77777777" w:rsidR="009C63FC" w:rsidRPr="0007563B" w:rsidRDefault="00000000">
      <w:pPr>
        <w:spacing w:after="160"/>
        <w:jc w:val="center"/>
        <w:rPr>
          <w:rFonts w:ascii="Yu Gothic" w:eastAsia="Yu Gothic" w:hAnsi="Yu Gothic"/>
        </w:rPr>
      </w:pPr>
      <w:r w:rsidRPr="0007563B">
        <w:rPr>
          <w:rFonts w:ascii="Yu Gothic" w:eastAsia="Yu Gothic" w:hAnsi="Yu Gothic"/>
          <w:sz w:val="18"/>
        </w:rPr>
        <w:t>版番号：　　　版　作成日：令和　年　月　日</w:t>
      </w:r>
    </w:p>
    <w:p w14:paraId="67DA19F1" w14:textId="77777777" w:rsidR="009C63FC" w:rsidRPr="0007563B" w:rsidRDefault="00000000">
      <w:pPr>
        <w:spacing w:after="40"/>
        <w:rPr>
          <w:rFonts w:ascii="Yu Gothic" w:eastAsia="Yu Gothic" w:hAnsi="Yu Gothic"/>
        </w:rPr>
      </w:pPr>
      <w:r w:rsidRPr="0007563B">
        <w:rPr>
          <w:rFonts w:ascii="Yu Gothic" w:eastAsia="Yu Gothic" w:hAnsi="Yu Gothic"/>
          <w:b/>
          <w:sz w:val="22"/>
        </w:rPr>
        <w:t>1 研究名称</w:t>
      </w:r>
    </w:p>
    <w:tbl>
      <w:tblPr>
        <w:tblStyle w:val="afe"/>
        <w:tblW w:w="0" w:type="auto"/>
        <w:jc w:val="center"/>
        <w:tblLayout w:type="fixed"/>
        <w:tblLook w:val="04A0" w:firstRow="1" w:lastRow="0" w:firstColumn="1" w:lastColumn="0" w:noHBand="0" w:noVBand="1"/>
      </w:tblPr>
      <w:tblGrid>
        <w:gridCol w:w="9071"/>
      </w:tblGrid>
      <w:tr w:rsidR="009C63FC" w:rsidRPr="0007563B" w14:paraId="776D1C8C" w14:textId="77777777">
        <w:trPr>
          <w:jc w:val="center"/>
        </w:trPr>
        <w:tc>
          <w:tcPr>
            <w:tcW w:w="9071" w:type="dxa"/>
            <w:shd w:val="clear" w:color="auto" w:fill="EEF4F8"/>
            <w:vAlign w:val="center"/>
          </w:tcPr>
          <w:p w14:paraId="3522142F"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 xml:space="preserve">　</w:t>
            </w:r>
            <w:r w:rsidRPr="0007563B">
              <w:rPr>
                <w:rFonts w:ascii="Yu Gothic" w:eastAsia="Yu Gothic" w:hAnsi="Yu Gothic"/>
                <w:b/>
                <w:sz w:val="18"/>
              </w:rPr>
              <w:br/>
              <w:t xml:space="preserve">　</w:t>
            </w:r>
            <w:r w:rsidRPr="0007563B">
              <w:rPr>
                <w:rFonts w:ascii="Yu Gothic" w:eastAsia="Yu Gothic" w:hAnsi="Yu Gothic"/>
                <w:b/>
                <w:sz w:val="18"/>
              </w:rPr>
              <w:br/>
              <w:t xml:space="preserve">　</w:t>
            </w:r>
          </w:p>
        </w:tc>
      </w:tr>
    </w:tbl>
    <w:p w14:paraId="2FED2005" w14:textId="77777777" w:rsidR="009C63FC" w:rsidRPr="0007563B" w:rsidRDefault="009C63FC">
      <w:pPr>
        <w:spacing w:after="20"/>
        <w:rPr>
          <w:rFonts w:ascii="Yu Gothic" w:eastAsia="Yu Gothic" w:hAnsi="Yu Gothic"/>
        </w:rPr>
      </w:pPr>
    </w:p>
    <w:p w14:paraId="36F22EB7" w14:textId="77777777" w:rsidR="009C63FC" w:rsidRPr="0007563B" w:rsidRDefault="00000000">
      <w:pPr>
        <w:spacing w:after="40"/>
        <w:rPr>
          <w:rFonts w:ascii="Yu Gothic" w:eastAsia="Yu Gothic" w:hAnsi="Yu Gothic"/>
        </w:rPr>
      </w:pPr>
      <w:r w:rsidRPr="0007563B">
        <w:rPr>
          <w:rFonts w:ascii="Yu Gothic" w:eastAsia="Yu Gothic" w:hAnsi="Yu Gothic"/>
          <w:b/>
          <w:sz w:val="22"/>
        </w:rPr>
        <w:t>2 背景、目的及び意義</w:t>
      </w:r>
    </w:p>
    <w:tbl>
      <w:tblPr>
        <w:tblStyle w:val="afe"/>
        <w:tblW w:w="0" w:type="auto"/>
        <w:jc w:val="center"/>
        <w:tblLayout w:type="fixed"/>
        <w:tblLook w:val="04A0" w:firstRow="1" w:lastRow="0" w:firstColumn="1" w:lastColumn="0" w:noHBand="0" w:noVBand="1"/>
      </w:tblPr>
      <w:tblGrid>
        <w:gridCol w:w="9071"/>
      </w:tblGrid>
      <w:tr w:rsidR="009C63FC" w:rsidRPr="0007563B" w14:paraId="36C475BF" w14:textId="77777777">
        <w:trPr>
          <w:jc w:val="center"/>
        </w:trPr>
        <w:tc>
          <w:tcPr>
            <w:tcW w:w="9071" w:type="dxa"/>
            <w:shd w:val="clear" w:color="auto" w:fill="EEF4F8"/>
            <w:vAlign w:val="center"/>
          </w:tcPr>
          <w:p w14:paraId="03F70697"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 xml:space="preserve">　</w:t>
            </w:r>
            <w:r w:rsidRPr="0007563B">
              <w:rPr>
                <w:rFonts w:ascii="Yu Gothic" w:eastAsia="Yu Gothic" w:hAnsi="Yu Gothic"/>
                <w:b/>
                <w:sz w:val="18"/>
              </w:rPr>
              <w:br/>
              <w:t xml:space="preserve">　</w:t>
            </w:r>
            <w:r w:rsidRPr="0007563B">
              <w:rPr>
                <w:rFonts w:ascii="Yu Gothic" w:eastAsia="Yu Gothic" w:hAnsi="Yu Gothic"/>
                <w:b/>
                <w:sz w:val="18"/>
              </w:rPr>
              <w:br/>
              <w:t xml:space="preserve">　</w:t>
            </w:r>
          </w:p>
        </w:tc>
      </w:tr>
    </w:tbl>
    <w:p w14:paraId="29E5DE47" w14:textId="77777777" w:rsidR="009C63FC" w:rsidRPr="0007563B" w:rsidRDefault="009C63FC">
      <w:pPr>
        <w:spacing w:after="20"/>
        <w:rPr>
          <w:rFonts w:ascii="Yu Gothic" w:eastAsia="Yu Gothic" w:hAnsi="Yu Gothic"/>
        </w:rPr>
      </w:pPr>
    </w:p>
    <w:p w14:paraId="728D24FA"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3 研究方法・研究デザイン</w:t>
      </w:r>
    </w:p>
    <w:tbl>
      <w:tblPr>
        <w:tblStyle w:val="afe"/>
        <w:tblW w:w="0" w:type="auto"/>
        <w:jc w:val="center"/>
        <w:tblLayout w:type="fixed"/>
        <w:tblLook w:val="04A0" w:firstRow="1" w:lastRow="0" w:firstColumn="1" w:lastColumn="0" w:noHBand="0" w:noVBand="1"/>
      </w:tblPr>
      <w:tblGrid>
        <w:gridCol w:w="9071"/>
      </w:tblGrid>
      <w:tr w:rsidR="009C63FC" w:rsidRPr="0007563B" w14:paraId="7AC59319" w14:textId="77777777">
        <w:trPr>
          <w:jc w:val="center"/>
        </w:trPr>
        <w:tc>
          <w:tcPr>
            <w:tcW w:w="9071" w:type="dxa"/>
            <w:shd w:val="clear" w:color="auto" w:fill="EEF4F8"/>
            <w:vAlign w:val="center"/>
          </w:tcPr>
          <w:p w14:paraId="2BD08D32"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08A9216B" w14:textId="77777777" w:rsidR="009C63FC" w:rsidRPr="0007563B" w:rsidRDefault="009C63FC">
      <w:pPr>
        <w:spacing w:after="20"/>
        <w:rPr>
          <w:rFonts w:ascii="Yu Gothic" w:eastAsia="Yu Gothic" w:hAnsi="Yu Gothic"/>
          <w:lang w:eastAsia="ja-JP"/>
        </w:rPr>
      </w:pPr>
    </w:p>
    <w:p w14:paraId="5B73B8BF"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4 研究対象者の選定方針、予定数及び根拠</w:t>
      </w:r>
    </w:p>
    <w:tbl>
      <w:tblPr>
        <w:tblStyle w:val="afe"/>
        <w:tblW w:w="0" w:type="auto"/>
        <w:jc w:val="center"/>
        <w:tblLayout w:type="fixed"/>
        <w:tblLook w:val="04A0" w:firstRow="1" w:lastRow="0" w:firstColumn="1" w:lastColumn="0" w:noHBand="0" w:noVBand="1"/>
      </w:tblPr>
      <w:tblGrid>
        <w:gridCol w:w="9071"/>
      </w:tblGrid>
      <w:tr w:rsidR="009C63FC" w:rsidRPr="0007563B" w14:paraId="27BB79A1" w14:textId="77777777">
        <w:trPr>
          <w:jc w:val="center"/>
        </w:trPr>
        <w:tc>
          <w:tcPr>
            <w:tcW w:w="9071" w:type="dxa"/>
            <w:shd w:val="clear" w:color="auto" w:fill="EEF4F8"/>
            <w:vAlign w:val="center"/>
          </w:tcPr>
          <w:p w14:paraId="01835E0B"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5E35E0B7" w14:textId="77777777" w:rsidR="009C63FC" w:rsidRPr="0007563B" w:rsidRDefault="009C63FC">
      <w:pPr>
        <w:spacing w:after="20"/>
        <w:rPr>
          <w:rFonts w:ascii="Yu Gothic" w:eastAsia="Yu Gothic" w:hAnsi="Yu Gothic"/>
          <w:lang w:eastAsia="ja-JP"/>
        </w:rPr>
      </w:pPr>
    </w:p>
    <w:p w14:paraId="53FABFE8" w14:textId="77777777" w:rsidR="009C63FC" w:rsidRPr="0007563B" w:rsidRDefault="00000000">
      <w:pPr>
        <w:spacing w:after="40"/>
        <w:rPr>
          <w:rFonts w:ascii="Yu Gothic" w:eastAsia="Yu Gothic" w:hAnsi="Yu Gothic"/>
        </w:rPr>
      </w:pPr>
      <w:r w:rsidRPr="0007563B">
        <w:rPr>
          <w:rFonts w:ascii="Yu Gothic" w:eastAsia="Yu Gothic" w:hAnsi="Yu Gothic"/>
          <w:b/>
          <w:sz w:val="22"/>
        </w:rPr>
        <w:t xml:space="preserve">5 </w:t>
      </w:r>
      <w:proofErr w:type="spellStart"/>
      <w:r w:rsidRPr="0007563B">
        <w:rPr>
          <w:rFonts w:ascii="Yu Gothic" w:eastAsia="Yu Gothic" w:hAnsi="Yu Gothic"/>
          <w:b/>
          <w:sz w:val="22"/>
        </w:rPr>
        <w:t>研究期間</w:t>
      </w:r>
      <w:proofErr w:type="spellEnd"/>
    </w:p>
    <w:tbl>
      <w:tblPr>
        <w:tblStyle w:val="afe"/>
        <w:tblW w:w="0" w:type="auto"/>
        <w:jc w:val="center"/>
        <w:tblLayout w:type="fixed"/>
        <w:tblLook w:val="04A0" w:firstRow="1" w:lastRow="0" w:firstColumn="1" w:lastColumn="0" w:noHBand="0" w:noVBand="1"/>
      </w:tblPr>
      <w:tblGrid>
        <w:gridCol w:w="9071"/>
      </w:tblGrid>
      <w:tr w:rsidR="009C63FC" w:rsidRPr="0007563B" w14:paraId="1E895EDB" w14:textId="77777777">
        <w:trPr>
          <w:jc w:val="center"/>
        </w:trPr>
        <w:tc>
          <w:tcPr>
            <w:tcW w:w="9071" w:type="dxa"/>
            <w:shd w:val="clear" w:color="auto" w:fill="EEF4F8"/>
            <w:vAlign w:val="center"/>
          </w:tcPr>
          <w:p w14:paraId="55A10D55"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 xml:space="preserve">　</w:t>
            </w:r>
            <w:r w:rsidRPr="0007563B">
              <w:rPr>
                <w:rFonts w:ascii="Yu Gothic" w:eastAsia="Yu Gothic" w:hAnsi="Yu Gothic"/>
                <w:b/>
                <w:sz w:val="18"/>
              </w:rPr>
              <w:br/>
              <w:t xml:space="preserve">　</w:t>
            </w:r>
            <w:r w:rsidRPr="0007563B">
              <w:rPr>
                <w:rFonts w:ascii="Yu Gothic" w:eastAsia="Yu Gothic" w:hAnsi="Yu Gothic"/>
                <w:b/>
                <w:sz w:val="18"/>
              </w:rPr>
              <w:br/>
              <w:t xml:space="preserve">　</w:t>
            </w:r>
          </w:p>
        </w:tc>
      </w:tr>
    </w:tbl>
    <w:p w14:paraId="1708BD65" w14:textId="77777777" w:rsidR="009C63FC" w:rsidRPr="0007563B" w:rsidRDefault="009C63FC">
      <w:pPr>
        <w:spacing w:after="20"/>
        <w:rPr>
          <w:rFonts w:ascii="Yu Gothic" w:eastAsia="Yu Gothic" w:hAnsi="Yu Gothic"/>
        </w:rPr>
      </w:pPr>
    </w:p>
    <w:p w14:paraId="45568A42"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6 研究実施体制・各機関の役割</w:t>
      </w:r>
    </w:p>
    <w:tbl>
      <w:tblPr>
        <w:tblStyle w:val="afe"/>
        <w:tblW w:w="0" w:type="auto"/>
        <w:jc w:val="center"/>
        <w:tblLayout w:type="fixed"/>
        <w:tblLook w:val="04A0" w:firstRow="1" w:lastRow="0" w:firstColumn="1" w:lastColumn="0" w:noHBand="0" w:noVBand="1"/>
      </w:tblPr>
      <w:tblGrid>
        <w:gridCol w:w="9071"/>
      </w:tblGrid>
      <w:tr w:rsidR="009C63FC" w:rsidRPr="0007563B" w14:paraId="1B6B5C75" w14:textId="77777777">
        <w:trPr>
          <w:jc w:val="center"/>
        </w:trPr>
        <w:tc>
          <w:tcPr>
            <w:tcW w:w="9071" w:type="dxa"/>
            <w:shd w:val="clear" w:color="auto" w:fill="EEF4F8"/>
            <w:vAlign w:val="center"/>
          </w:tcPr>
          <w:p w14:paraId="722C427C" w14:textId="77777777" w:rsidR="009C63FC" w:rsidRDefault="00000000">
            <w:pPr>
              <w:spacing w:line="252" w:lineRule="auto"/>
              <w:rPr>
                <w:rFonts w:ascii="Yu Gothic" w:eastAsia="Yu Gothic" w:hAnsi="Yu Gothic"/>
                <w:b/>
                <w:sz w:val="18"/>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p w14:paraId="2402D328" w14:textId="77777777" w:rsidR="00402170" w:rsidRPr="0007563B" w:rsidRDefault="00402170">
            <w:pPr>
              <w:spacing w:line="252" w:lineRule="auto"/>
              <w:rPr>
                <w:rFonts w:ascii="Yu Gothic" w:eastAsia="Yu Gothic" w:hAnsi="Yu Gothic"/>
                <w:lang w:eastAsia="ja-JP"/>
              </w:rPr>
            </w:pPr>
          </w:p>
        </w:tc>
      </w:tr>
    </w:tbl>
    <w:p w14:paraId="00C6AD74" w14:textId="77777777" w:rsidR="009C63FC" w:rsidRPr="0007563B" w:rsidRDefault="009C63FC">
      <w:pPr>
        <w:spacing w:after="20"/>
        <w:rPr>
          <w:rFonts w:ascii="Yu Gothic" w:eastAsia="Yu Gothic" w:hAnsi="Yu Gothic"/>
          <w:lang w:eastAsia="ja-JP"/>
        </w:rPr>
      </w:pPr>
    </w:p>
    <w:p w14:paraId="60F8F06A"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lastRenderedPageBreak/>
        <w:t>7 侵襲・介入、予測される負担・リスク・利益及び軽減策</w:t>
      </w:r>
    </w:p>
    <w:tbl>
      <w:tblPr>
        <w:tblStyle w:val="afe"/>
        <w:tblW w:w="0" w:type="auto"/>
        <w:jc w:val="center"/>
        <w:tblLayout w:type="fixed"/>
        <w:tblLook w:val="04A0" w:firstRow="1" w:lastRow="0" w:firstColumn="1" w:lastColumn="0" w:noHBand="0" w:noVBand="1"/>
      </w:tblPr>
      <w:tblGrid>
        <w:gridCol w:w="9071"/>
      </w:tblGrid>
      <w:tr w:rsidR="009C63FC" w:rsidRPr="0007563B" w14:paraId="35EE85C5" w14:textId="77777777">
        <w:trPr>
          <w:jc w:val="center"/>
        </w:trPr>
        <w:tc>
          <w:tcPr>
            <w:tcW w:w="9071" w:type="dxa"/>
            <w:shd w:val="clear" w:color="auto" w:fill="EEF4F8"/>
            <w:vAlign w:val="center"/>
          </w:tcPr>
          <w:p w14:paraId="492BF1F8"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1A8EA5C5" w14:textId="77777777" w:rsidR="009C63FC" w:rsidRPr="0007563B" w:rsidRDefault="009C63FC">
      <w:pPr>
        <w:spacing w:after="20"/>
        <w:rPr>
          <w:rFonts w:ascii="Yu Gothic" w:eastAsia="Yu Gothic" w:hAnsi="Yu Gothic"/>
          <w:lang w:eastAsia="ja-JP"/>
        </w:rPr>
      </w:pPr>
    </w:p>
    <w:p w14:paraId="6D7A29D1"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8 インフォームド・コンセント等の方法と根拠（同意を受けない場合は、指針上の根拠、理由、通知・公開方法、拒否受付及び拒否後の取扱いを記載）</w:t>
      </w:r>
    </w:p>
    <w:tbl>
      <w:tblPr>
        <w:tblStyle w:val="afe"/>
        <w:tblW w:w="0" w:type="auto"/>
        <w:jc w:val="center"/>
        <w:tblLayout w:type="fixed"/>
        <w:tblLook w:val="04A0" w:firstRow="1" w:lastRow="0" w:firstColumn="1" w:lastColumn="0" w:noHBand="0" w:noVBand="1"/>
      </w:tblPr>
      <w:tblGrid>
        <w:gridCol w:w="9071"/>
      </w:tblGrid>
      <w:tr w:rsidR="009C63FC" w:rsidRPr="0007563B" w14:paraId="462B70EA" w14:textId="77777777">
        <w:trPr>
          <w:jc w:val="center"/>
        </w:trPr>
        <w:tc>
          <w:tcPr>
            <w:tcW w:w="9071" w:type="dxa"/>
            <w:shd w:val="clear" w:color="auto" w:fill="EEF4F8"/>
            <w:vAlign w:val="center"/>
          </w:tcPr>
          <w:p w14:paraId="02A31A0F"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0B979515" w14:textId="77777777" w:rsidR="009C63FC" w:rsidRPr="0007563B" w:rsidRDefault="009C63FC">
      <w:pPr>
        <w:spacing w:after="20"/>
        <w:rPr>
          <w:rFonts w:ascii="Yu Gothic" w:eastAsia="Yu Gothic" w:hAnsi="Yu Gothic"/>
          <w:lang w:eastAsia="ja-JP"/>
        </w:rPr>
      </w:pPr>
    </w:p>
    <w:p w14:paraId="513F0977"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9 試料・情報の項目、取得、利用、提供、加工、保管及び廃棄</w:t>
      </w:r>
    </w:p>
    <w:tbl>
      <w:tblPr>
        <w:tblStyle w:val="afe"/>
        <w:tblW w:w="0" w:type="auto"/>
        <w:jc w:val="center"/>
        <w:tblLayout w:type="fixed"/>
        <w:tblLook w:val="04A0" w:firstRow="1" w:lastRow="0" w:firstColumn="1" w:lastColumn="0" w:noHBand="0" w:noVBand="1"/>
      </w:tblPr>
      <w:tblGrid>
        <w:gridCol w:w="9071"/>
      </w:tblGrid>
      <w:tr w:rsidR="009C63FC" w:rsidRPr="0007563B" w14:paraId="0E74A6AA" w14:textId="77777777">
        <w:trPr>
          <w:jc w:val="center"/>
        </w:trPr>
        <w:tc>
          <w:tcPr>
            <w:tcW w:w="9071" w:type="dxa"/>
            <w:shd w:val="clear" w:color="auto" w:fill="EEF4F8"/>
            <w:vAlign w:val="center"/>
          </w:tcPr>
          <w:p w14:paraId="7A5AF4F7"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2C2A6FD9" w14:textId="77777777" w:rsidR="009C63FC" w:rsidRPr="0007563B" w:rsidRDefault="009C63FC">
      <w:pPr>
        <w:spacing w:after="20"/>
        <w:rPr>
          <w:rFonts w:ascii="Yu Gothic" w:eastAsia="Yu Gothic" w:hAnsi="Yu Gothic"/>
          <w:lang w:eastAsia="ja-JP"/>
        </w:rPr>
      </w:pPr>
    </w:p>
    <w:p w14:paraId="73119220"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10 個人情報の管理・安全管理措置</w:t>
      </w:r>
    </w:p>
    <w:tbl>
      <w:tblPr>
        <w:tblStyle w:val="afe"/>
        <w:tblW w:w="0" w:type="auto"/>
        <w:jc w:val="center"/>
        <w:tblLayout w:type="fixed"/>
        <w:tblLook w:val="04A0" w:firstRow="1" w:lastRow="0" w:firstColumn="1" w:lastColumn="0" w:noHBand="0" w:noVBand="1"/>
      </w:tblPr>
      <w:tblGrid>
        <w:gridCol w:w="9071"/>
      </w:tblGrid>
      <w:tr w:rsidR="009C63FC" w:rsidRPr="0007563B" w14:paraId="506CE507" w14:textId="77777777">
        <w:trPr>
          <w:jc w:val="center"/>
        </w:trPr>
        <w:tc>
          <w:tcPr>
            <w:tcW w:w="9071" w:type="dxa"/>
            <w:shd w:val="clear" w:color="auto" w:fill="EEF4F8"/>
            <w:vAlign w:val="center"/>
          </w:tcPr>
          <w:p w14:paraId="041FBB9B"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7C9B0E76" w14:textId="77777777" w:rsidR="009C63FC" w:rsidRPr="0007563B" w:rsidRDefault="009C63FC">
      <w:pPr>
        <w:spacing w:after="20"/>
        <w:rPr>
          <w:rFonts w:ascii="Yu Gothic" w:eastAsia="Yu Gothic" w:hAnsi="Yu Gothic"/>
          <w:lang w:eastAsia="ja-JP"/>
        </w:rPr>
      </w:pPr>
    </w:p>
    <w:p w14:paraId="6386CBA9"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11 研究資金、企業等との関係及び利益相反管理</w:t>
      </w:r>
    </w:p>
    <w:tbl>
      <w:tblPr>
        <w:tblStyle w:val="afe"/>
        <w:tblW w:w="0" w:type="auto"/>
        <w:jc w:val="center"/>
        <w:tblLayout w:type="fixed"/>
        <w:tblLook w:val="04A0" w:firstRow="1" w:lastRow="0" w:firstColumn="1" w:lastColumn="0" w:noHBand="0" w:noVBand="1"/>
      </w:tblPr>
      <w:tblGrid>
        <w:gridCol w:w="9071"/>
      </w:tblGrid>
      <w:tr w:rsidR="009C63FC" w:rsidRPr="0007563B" w14:paraId="44C8D841" w14:textId="77777777">
        <w:trPr>
          <w:jc w:val="center"/>
        </w:trPr>
        <w:tc>
          <w:tcPr>
            <w:tcW w:w="9071" w:type="dxa"/>
            <w:shd w:val="clear" w:color="auto" w:fill="EEF4F8"/>
            <w:vAlign w:val="center"/>
          </w:tcPr>
          <w:p w14:paraId="454009E8"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681D20AF" w14:textId="77777777" w:rsidR="009C63FC" w:rsidRPr="0007563B" w:rsidRDefault="009C63FC">
      <w:pPr>
        <w:spacing w:after="20"/>
        <w:rPr>
          <w:rFonts w:ascii="Yu Gothic" w:eastAsia="Yu Gothic" w:hAnsi="Yu Gothic"/>
          <w:lang w:eastAsia="ja-JP"/>
        </w:rPr>
      </w:pPr>
    </w:p>
    <w:p w14:paraId="407BC911"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12 有害事象、不適合、情報漏えい等への対応</w:t>
      </w:r>
    </w:p>
    <w:tbl>
      <w:tblPr>
        <w:tblStyle w:val="afe"/>
        <w:tblW w:w="0" w:type="auto"/>
        <w:jc w:val="center"/>
        <w:tblLayout w:type="fixed"/>
        <w:tblLook w:val="04A0" w:firstRow="1" w:lastRow="0" w:firstColumn="1" w:lastColumn="0" w:noHBand="0" w:noVBand="1"/>
      </w:tblPr>
      <w:tblGrid>
        <w:gridCol w:w="9071"/>
      </w:tblGrid>
      <w:tr w:rsidR="009C63FC" w:rsidRPr="0007563B" w14:paraId="35FD3781" w14:textId="77777777">
        <w:trPr>
          <w:jc w:val="center"/>
        </w:trPr>
        <w:tc>
          <w:tcPr>
            <w:tcW w:w="9071" w:type="dxa"/>
            <w:shd w:val="clear" w:color="auto" w:fill="EEF4F8"/>
            <w:vAlign w:val="center"/>
          </w:tcPr>
          <w:p w14:paraId="67DD75CD"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4E471745" w14:textId="77777777" w:rsidR="009C63FC" w:rsidRPr="0007563B" w:rsidRDefault="009C63FC">
      <w:pPr>
        <w:spacing w:after="20"/>
        <w:rPr>
          <w:rFonts w:ascii="Yu Gothic" w:eastAsia="Yu Gothic" w:hAnsi="Yu Gothic"/>
          <w:lang w:eastAsia="ja-JP"/>
        </w:rPr>
      </w:pPr>
    </w:p>
    <w:p w14:paraId="18548FE1"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13 健康被害の補償（該当する場合）</w:t>
      </w:r>
    </w:p>
    <w:tbl>
      <w:tblPr>
        <w:tblStyle w:val="afe"/>
        <w:tblW w:w="0" w:type="auto"/>
        <w:jc w:val="center"/>
        <w:tblLayout w:type="fixed"/>
        <w:tblLook w:val="04A0" w:firstRow="1" w:lastRow="0" w:firstColumn="1" w:lastColumn="0" w:noHBand="0" w:noVBand="1"/>
      </w:tblPr>
      <w:tblGrid>
        <w:gridCol w:w="9071"/>
      </w:tblGrid>
      <w:tr w:rsidR="009C63FC" w:rsidRPr="0007563B" w14:paraId="1A2C9A3D" w14:textId="77777777">
        <w:trPr>
          <w:jc w:val="center"/>
        </w:trPr>
        <w:tc>
          <w:tcPr>
            <w:tcW w:w="9071" w:type="dxa"/>
            <w:shd w:val="clear" w:color="auto" w:fill="EEF4F8"/>
            <w:vAlign w:val="center"/>
          </w:tcPr>
          <w:p w14:paraId="7F206E18"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3C25D207" w14:textId="77777777" w:rsidR="009C63FC" w:rsidRPr="0007563B" w:rsidRDefault="009C63FC">
      <w:pPr>
        <w:spacing w:after="20"/>
        <w:rPr>
          <w:rFonts w:ascii="Yu Gothic" w:eastAsia="Yu Gothic" w:hAnsi="Yu Gothic"/>
          <w:lang w:eastAsia="ja-JP"/>
        </w:rPr>
      </w:pPr>
    </w:p>
    <w:p w14:paraId="11F73568"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lastRenderedPageBreak/>
        <w:t>14 公開データベース登録及び研究結果の公表</w:t>
      </w:r>
    </w:p>
    <w:tbl>
      <w:tblPr>
        <w:tblStyle w:val="afe"/>
        <w:tblW w:w="0" w:type="auto"/>
        <w:jc w:val="center"/>
        <w:tblLayout w:type="fixed"/>
        <w:tblLook w:val="04A0" w:firstRow="1" w:lastRow="0" w:firstColumn="1" w:lastColumn="0" w:noHBand="0" w:noVBand="1"/>
      </w:tblPr>
      <w:tblGrid>
        <w:gridCol w:w="9071"/>
      </w:tblGrid>
      <w:tr w:rsidR="009C63FC" w:rsidRPr="0007563B" w14:paraId="4F2D9A7E" w14:textId="77777777">
        <w:trPr>
          <w:jc w:val="center"/>
        </w:trPr>
        <w:tc>
          <w:tcPr>
            <w:tcW w:w="9071" w:type="dxa"/>
            <w:shd w:val="clear" w:color="auto" w:fill="EEF4F8"/>
            <w:vAlign w:val="center"/>
          </w:tcPr>
          <w:p w14:paraId="53C8889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238CBB1A" w14:textId="77777777" w:rsidR="009C63FC" w:rsidRPr="0007563B" w:rsidRDefault="009C63FC">
      <w:pPr>
        <w:spacing w:after="20"/>
        <w:rPr>
          <w:rFonts w:ascii="Yu Gothic" w:eastAsia="Yu Gothic" w:hAnsi="Yu Gothic"/>
          <w:lang w:eastAsia="ja-JP"/>
        </w:rPr>
      </w:pPr>
    </w:p>
    <w:p w14:paraId="68F29A6D" w14:textId="77777777" w:rsidR="009C63FC" w:rsidRPr="0007563B" w:rsidRDefault="00000000">
      <w:pPr>
        <w:spacing w:after="40"/>
        <w:rPr>
          <w:rFonts w:ascii="Yu Gothic" w:eastAsia="Yu Gothic" w:hAnsi="Yu Gothic"/>
        </w:rPr>
      </w:pPr>
      <w:r w:rsidRPr="0007563B">
        <w:rPr>
          <w:rFonts w:ascii="Yu Gothic" w:eastAsia="Yu Gothic" w:hAnsi="Yu Gothic"/>
          <w:b/>
          <w:sz w:val="22"/>
        </w:rPr>
        <w:t xml:space="preserve">15 </w:t>
      </w:r>
      <w:proofErr w:type="spellStart"/>
      <w:r w:rsidRPr="0007563B">
        <w:rPr>
          <w:rFonts w:ascii="Yu Gothic" w:eastAsia="Yu Gothic" w:hAnsi="Yu Gothic"/>
          <w:b/>
          <w:sz w:val="22"/>
        </w:rPr>
        <w:t>研究結果等の説明方針</w:t>
      </w:r>
      <w:proofErr w:type="spellEnd"/>
    </w:p>
    <w:tbl>
      <w:tblPr>
        <w:tblStyle w:val="afe"/>
        <w:tblW w:w="0" w:type="auto"/>
        <w:jc w:val="center"/>
        <w:tblLayout w:type="fixed"/>
        <w:tblLook w:val="04A0" w:firstRow="1" w:lastRow="0" w:firstColumn="1" w:lastColumn="0" w:noHBand="0" w:noVBand="1"/>
      </w:tblPr>
      <w:tblGrid>
        <w:gridCol w:w="9071"/>
      </w:tblGrid>
      <w:tr w:rsidR="009C63FC" w:rsidRPr="0007563B" w14:paraId="359EAC2A" w14:textId="77777777">
        <w:trPr>
          <w:jc w:val="center"/>
        </w:trPr>
        <w:tc>
          <w:tcPr>
            <w:tcW w:w="9071" w:type="dxa"/>
            <w:shd w:val="clear" w:color="auto" w:fill="EEF4F8"/>
            <w:vAlign w:val="center"/>
          </w:tcPr>
          <w:p w14:paraId="3E1B3A77"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 xml:space="preserve">　</w:t>
            </w:r>
            <w:r w:rsidRPr="0007563B">
              <w:rPr>
                <w:rFonts w:ascii="Yu Gothic" w:eastAsia="Yu Gothic" w:hAnsi="Yu Gothic"/>
                <w:b/>
                <w:sz w:val="18"/>
              </w:rPr>
              <w:br/>
              <w:t xml:space="preserve">　</w:t>
            </w:r>
            <w:r w:rsidRPr="0007563B">
              <w:rPr>
                <w:rFonts w:ascii="Yu Gothic" w:eastAsia="Yu Gothic" w:hAnsi="Yu Gothic"/>
                <w:b/>
                <w:sz w:val="18"/>
              </w:rPr>
              <w:br/>
              <w:t xml:space="preserve">　</w:t>
            </w:r>
          </w:p>
        </w:tc>
      </w:tr>
    </w:tbl>
    <w:p w14:paraId="233FA54B" w14:textId="77777777" w:rsidR="009C63FC" w:rsidRPr="0007563B" w:rsidRDefault="009C63FC">
      <w:pPr>
        <w:spacing w:after="20"/>
        <w:rPr>
          <w:rFonts w:ascii="Yu Gothic" w:eastAsia="Yu Gothic" w:hAnsi="Yu Gothic"/>
        </w:rPr>
      </w:pPr>
    </w:p>
    <w:p w14:paraId="5BB50683"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16 相談・問合せ・苦情窓口</w:t>
      </w:r>
    </w:p>
    <w:tbl>
      <w:tblPr>
        <w:tblStyle w:val="afe"/>
        <w:tblW w:w="0" w:type="auto"/>
        <w:jc w:val="center"/>
        <w:tblLayout w:type="fixed"/>
        <w:tblLook w:val="04A0" w:firstRow="1" w:lastRow="0" w:firstColumn="1" w:lastColumn="0" w:noHBand="0" w:noVBand="1"/>
      </w:tblPr>
      <w:tblGrid>
        <w:gridCol w:w="9071"/>
      </w:tblGrid>
      <w:tr w:rsidR="009C63FC" w:rsidRPr="0007563B" w14:paraId="68937471" w14:textId="77777777">
        <w:trPr>
          <w:jc w:val="center"/>
        </w:trPr>
        <w:tc>
          <w:tcPr>
            <w:tcW w:w="9071" w:type="dxa"/>
            <w:shd w:val="clear" w:color="auto" w:fill="EEF4F8"/>
            <w:vAlign w:val="center"/>
          </w:tcPr>
          <w:p w14:paraId="4AC7A861"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7BE6FFC5" w14:textId="77777777" w:rsidR="009C63FC" w:rsidRPr="0007563B" w:rsidRDefault="009C63FC">
      <w:pPr>
        <w:spacing w:after="20"/>
        <w:rPr>
          <w:rFonts w:ascii="Yu Gothic" w:eastAsia="Yu Gothic" w:hAnsi="Yu Gothic"/>
          <w:lang w:eastAsia="ja-JP"/>
        </w:rPr>
      </w:pPr>
    </w:p>
    <w:p w14:paraId="67EF17E8" w14:textId="77777777" w:rsidR="009C63FC" w:rsidRPr="0007563B" w:rsidRDefault="00000000">
      <w:pPr>
        <w:spacing w:after="40"/>
        <w:rPr>
          <w:rFonts w:ascii="Yu Gothic" w:eastAsia="Yu Gothic" w:hAnsi="Yu Gothic"/>
          <w:lang w:eastAsia="ja-JP"/>
        </w:rPr>
      </w:pPr>
      <w:r w:rsidRPr="0007563B">
        <w:rPr>
          <w:rFonts w:ascii="Yu Gothic" w:eastAsia="Yu Gothic" w:hAnsi="Yu Gothic"/>
          <w:b/>
          <w:sz w:val="22"/>
          <w:lang w:eastAsia="ja-JP"/>
        </w:rPr>
        <w:t>17 委託、モニタリング及び監査（該当する場合）</w:t>
      </w:r>
    </w:p>
    <w:tbl>
      <w:tblPr>
        <w:tblStyle w:val="afe"/>
        <w:tblW w:w="0" w:type="auto"/>
        <w:jc w:val="center"/>
        <w:tblLayout w:type="fixed"/>
        <w:tblLook w:val="04A0" w:firstRow="1" w:lastRow="0" w:firstColumn="1" w:lastColumn="0" w:noHBand="0" w:noVBand="1"/>
      </w:tblPr>
      <w:tblGrid>
        <w:gridCol w:w="9071"/>
      </w:tblGrid>
      <w:tr w:rsidR="009C63FC" w:rsidRPr="0007563B" w14:paraId="59D2AEE4" w14:textId="77777777">
        <w:trPr>
          <w:jc w:val="center"/>
        </w:trPr>
        <w:tc>
          <w:tcPr>
            <w:tcW w:w="9071" w:type="dxa"/>
            <w:shd w:val="clear" w:color="auto" w:fill="EEF4F8"/>
            <w:vAlign w:val="center"/>
          </w:tcPr>
          <w:p w14:paraId="5A751C7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 xml:space="preserve">　</w:t>
            </w:r>
            <w:r w:rsidRPr="0007563B">
              <w:rPr>
                <w:rFonts w:ascii="Yu Gothic" w:eastAsia="Yu Gothic" w:hAnsi="Yu Gothic"/>
                <w:b/>
                <w:sz w:val="18"/>
                <w:lang w:eastAsia="ja-JP"/>
              </w:rPr>
              <w:br/>
              <w:t xml:space="preserve">　</w:t>
            </w:r>
            <w:r w:rsidRPr="0007563B">
              <w:rPr>
                <w:rFonts w:ascii="Yu Gothic" w:eastAsia="Yu Gothic" w:hAnsi="Yu Gothic"/>
                <w:b/>
                <w:sz w:val="18"/>
                <w:lang w:eastAsia="ja-JP"/>
              </w:rPr>
              <w:br/>
              <w:t xml:space="preserve">　</w:t>
            </w:r>
          </w:p>
        </w:tc>
      </w:tr>
    </w:tbl>
    <w:p w14:paraId="028C459C" w14:textId="77777777" w:rsidR="009C63FC" w:rsidRPr="0007563B" w:rsidRDefault="009C63FC">
      <w:pPr>
        <w:spacing w:after="20"/>
        <w:rPr>
          <w:rFonts w:ascii="Yu Gothic" w:eastAsia="Yu Gothic" w:hAnsi="Yu Gothic"/>
          <w:lang w:eastAsia="ja-JP"/>
        </w:rPr>
      </w:pPr>
    </w:p>
    <w:p w14:paraId="5A5730E9" w14:textId="77777777" w:rsidR="009C63FC" w:rsidRPr="0007563B" w:rsidRDefault="00000000">
      <w:pPr>
        <w:spacing w:after="40"/>
        <w:rPr>
          <w:rFonts w:ascii="Yu Gothic" w:eastAsia="Yu Gothic" w:hAnsi="Yu Gothic"/>
        </w:rPr>
      </w:pPr>
      <w:r w:rsidRPr="0007563B">
        <w:rPr>
          <w:rFonts w:ascii="Yu Gothic" w:eastAsia="Yu Gothic" w:hAnsi="Yu Gothic"/>
          <w:b/>
          <w:sz w:val="22"/>
        </w:rPr>
        <w:t xml:space="preserve">18 </w:t>
      </w:r>
      <w:proofErr w:type="spellStart"/>
      <w:r w:rsidRPr="0007563B">
        <w:rPr>
          <w:rFonts w:ascii="Yu Gothic" w:eastAsia="Yu Gothic" w:hAnsi="Yu Gothic"/>
          <w:b/>
          <w:sz w:val="22"/>
        </w:rPr>
        <w:t>参考文献・添付資料</w:t>
      </w:r>
      <w:proofErr w:type="spellEnd"/>
    </w:p>
    <w:tbl>
      <w:tblPr>
        <w:tblStyle w:val="afe"/>
        <w:tblW w:w="0" w:type="auto"/>
        <w:jc w:val="center"/>
        <w:tblLayout w:type="fixed"/>
        <w:tblLook w:val="04A0" w:firstRow="1" w:lastRow="0" w:firstColumn="1" w:lastColumn="0" w:noHBand="0" w:noVBand="1"/>
      </w:tblPr>
      <w:tblGrid>
        <w:gridCol w:w="9071"/>
      </w:tblGrid>
      <w:tr w:rsidR="009C63FC" w:rsidRPr="0007563B" w14:paraId="3136CD8C" w14:textId="77777777">
        <w:trPr>
          <w:jc w:val="center"/>
        </w:trPr>
        <w:tc>
          <w:tcPr>
            <w:tcW w:w="9071" w:type="dxa"/>
            <w:shd w:val="clear" w:color="auto" w:fill="EEF4F8"/>
            <w:vAlign w:val="center"/>
          </w:tcPr>
          <w:p w14:paraId="5DFC402C"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 xml:space="preserve">　</w:t>
            </w:r>
            <w:r w:rsidRPr="0007563B">
              <w:rPr>
                <w:rFonts w:ascii="Yu Gothic" w:eastAsia="Yu Gothic" w:hAnsi="Yu Gothic"/>
                <w:b/>
                <w:sz w:val="18"/>
              </w:rPr>
              <w:br/>
              <w:t xml:space="preserve">　</w:t>
            </w:r>
            <w:r w:rsidRPr="0007563B">
              <w:rPr>
                <w:rFonts w:ascii="Yu Gothic" w:eastAsia="Yu Gothic" w:hAnsi="Yu Gothic"/>
                <w:b/>
                <w:sz w:val="18"/>
              </w:rPr>
              <w:br/>
              <w:t xml:space="preserve">　</w:t>
            </w:r>
          </w:p>
        </w:tc>
      </w:tr>
    </w:tbl>
    <w:p w14:paraId="1E784D7A" w14:textId="77777777" w:rsidR="009C63FC" w:rsidRPr="0007563B" w:rsidRDefault="009C63FC">
      <w:pPr>
        <w:spacing w:after="20"/>
        <w:rPr>
          <w:rFonts w:ascii="Yu Gothic" w:eastAsia="Yu Gothic" w:hAnsi="Yu Gothic"/>
        </w:rPr>
      </w:pPr>
    </w:p>
    <w:p w14:paraId="0840FE17" w14:textId="77777777" w:rsidR="009C63FC" w:rsidRPr="0007563B" w:rsidRDefault="00000000">
      <w:pPr>
        <w:rPr>
          <w:rFonts w:ascii="Yu Gothic" w:eastAsia="Yu Gothic" w:hAnsi="Yu Gothic"/>
        </w:rPr>
      </w:pPr>
      <w:r w:rsidRPr="0007563B">
        <w:rPr>
          <w:rFonts w:ascii="Yu Gothic" w:eastAsia="Yu Gothic" w:hAnsi="Yu Gothic"/>
        </w:rPr>
        <w:br w:type="page"/>
      </w:r>
    </w:p>
    <w:p w14:paraId="340DA8AC" w14:textId="77777777" w:rsidR="00402170" w:rsidRPr="00402170" w:rsidRDefault="00000000" w:rsidP="00402170">
      <w:pPr>
        <w:spacing w:after="160"/>
        <w:rPr>
          <w:rFonts w:ascii="Yu Gothic" w:eastAsia="Yu Gothic" w:hAnsi="Yu Gothic"/>
          <w:bCs/>
          <w:sz w:val="20"/>
          <w:szCs w:val="20"/>
          <w:lang w:eastAsia="ja-JP"/>
        </w:rPr>
      </w:pPr>
      <w:r w:rsidRPr="00402170">
        <w:rPr>
          <w:rFonts w:ascii="Yu Gothic" w:eastAsia="Yu Gothic" w:hAnsi="Yu Gothic"/>
          <w:bCs/>
          <w:sz w:val="20"/>
          <w:szCs w:val="20"/>
          <w:lang w:eastAsia="ja-JP"/>
        </w:rPr>
        <w:lastRenderedPageBreak/>
        <w:t xml:space="preserve">様式3　</w:t>
      </w:r>
    </w:p>
    <w:p w14:paraId="406077BF" w14:textId="26FF87E8" w:rsidR="009C63FC" w:rsidRPr="0007563B" w:rsidRDefault="00000000">
      <w:pPr>
        <w:spacing w:after="160"/>
        <w:jc w:val="center"/>
        <w:rPr>
          <w:rFonts w:ascii="Yu Gothic" w:eastAsia="Yu Gothic" w:hAnsi="Yu Gothic"/>
          <w:lang w:eastAsia="ja-JP"/>
        </w:rPr>
      </w:pPr>
      <w:r w:rsidRPr="0007563B">
        <w:rPr>
          <w:rFonts w:ascii="Yu Gothic" w:eastAsia="Yu Gothic" w:hAnsi="Yu Gothic"/>
          <w:b/>
          <w:sz w:val="30"/>
          <w:lang w:eastAsia="ja-JP"/>
        </w:rPr>
        <w:t>説明文書・同意書・同意撤回書</w:t>
      </w:r>
    </w:p>
    <w:p w14:paraId="4FDEA77D" w14:textId="77777777" w:rsidR="009C63FC" w:rsidRPr="0007563B" w:rsidRDefault="00000000">
      <w:pPr>
        <w:spacing w:after="80"/>
        <w:rPr>
          <w:rFonts w:ascii="Yu Gothic" w:eastAsia="Yu Gothic" w:hAnsi="Yu Gothic"/>
          <w:lang w:eastAsia="ja-JP"/>
        </w:rPr>
      </w:pPr>
      <w:r w:rsidRPr="0007563B">
        <w:rPr>
          <w:rFonts w:ascii="Yu Gothic" w:eastAsia="Yu Gothic" w:hAnsi="Yu Gothic"/>
          <w:b/>
          <w:sz w:val="22"/>
          <w:lang w:eastAsia="ja-JP"/>
        </w:rPr>
        <w:t>A　説明文書（研究内容に応じて不要な項目は削除する）</w:t>
      </w:r>
    </w:p>
    <w:p w14:paraId="2BCC3CBB"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研究名称・研究責任者</w:t>
      </w:r>
    </w:p>
    <w:p w14:paraId="55428F00"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7574CE42"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研究の目的・意義</w:t>
      </w:r>
    </w:p>
    <w:p w14:paraId="1D19C353"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0066F8AF"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方法、参加期間及び予定人数</w:t>
      </w:r>
    </w:p>
    <w:p w14:paraId="095F0787"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1DB07121"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予測される利益、負担及びリスク</w:t>
      </w:r>
    </w:p>
    <w:p w14:paraId="14F0D1DA"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75AF5EBD"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参加は自由意思であり、不参加・撤回による不利益がないこと</w:t>
      </w:r>
    </w:p>
    <w:p w14:paraId="63D2663E"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19A93836"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個人情報、試料・情報の保管・廃棄及び第三者提供</w:t>
      </w:r>
    </w:p>
    <w:p w14:paraId="0BDE2160"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63B3045D"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研究資金及び利益相反</w:t>
      </w:r>
    </w:p>
    <w:p w14:paraId="65BB4F3B"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5DDB7667"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健康被害への対応・補償</w:t>
      </w:r>
    </w:p>
    <w:p w14:paraId="475A43CE"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6CE80F5F"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研究結果及び偶発的所見等の説明方針</w:t>
      </w:r>
    </w:p>
    <w:p w14:paraId="1DA2B20A"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0594ED4C"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研究結果の公表</w:t>
      </w:r>
    </w:p>
    <w:p w14:paraId="3D6030E9"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lastRenderedPageBreak/>
        <w:t xml:space="preserve">　</w:t>
      </w:r>
      <w:r w:rsidRPr="0007563B">
        <w:rPr>
          <w:rFonts w:ascii="Yu Gothic" w:eastAsia="Yu Gothic" w:hAnsi="Yu Gothic"/>
          <w:lang w:eastAsia="ja-JP"/>
        </w:rPr>
        <w:br/>
        <w:t xml:space="preserve">　</w:t>
      </w:r>
    </w:p>
    <w:p w14:paraId="2E412C3E" w14:textId="77777777" w:rsidR="009C63FC" w:rsidRPr="0007563B" w:rsidRDefault="00000000">
      <w:pPr>
        <w:spacing w:after="20"/>
        <w:rPr>
          <w:rFonts w:ascii="Yu Gothic" w:eastAsia="Yu Gothic" w:hAnsi="Yu Gothic"/>
          <w:lang w:eastAsia="ja-JP"/>
        </w:rPr>
      </w:pPr>
      <w:r w:rsidRPr="0007563B">
        <w:rPr>
          <w:rFonts w:ascii="Yu Gothic" w:eastAsia="Yu Gothic" w:hAnsi="Yu Gothic"/>
          <w:b/>
          <w:lang w:eastAsia="ja-JP"/>
        </w:rPr>
        <w:t>費用負担・謝礼</w:t>
      </w:r>
    </w:p>
    <w:p w14:paraId="154B18F3" w14:textId="77777777" w:rsidR="009C63FC" w:rsidRPr="0007563B" w:rsidRDefault="00000000">
      <w:pPr>
        <w:spacing w:after="40"/>
        <w:rPr>
          <w:rFonts w:ascii="Yu Gothic" w:eastAsia="Yu Gothic" w:hAnsi="Yu Gothic"/>
          <w:lang w:eastAsia="ja-JP"/>
        </w:rPr>
      </w:pPr>
      <w:r w:rsidRPr="0007563B">
        <w:rPr>
          <w:rFonts w:ascii="Yu Gothic" w:eastAsia="Yu Gothic" w:hAnsi="Yu Gothic"/>
          <w:lang w:eastAsia="ja-JP"/>
        </w:rPr>
        <w:t xml:space="preserve">　</w:t>
      </w:r>
      <w:r w:rsidRPr="0007563B">
        <w:rPr>
          <w:rFonts w:ascii="Yu Gothic" w:eastAsia="Yu Gothic" w:hAnsi="Yu Gothic"/>
          <w:lang w:eastAsia="ja-JP"/>
        </w:rPr>
        <w:br/>
        <w:t xml:space="preserve">　</w:t>
      </w:r>
    </w:p>
    <w:p w14:paraId="7D08CE42" w14:textId="77777777" w:rsidR="009C63FC" w:rsidRPr="0007563B" w:rsidRDefault="00000000">
      <w:pPr>
        <w:spacing w:after="20"/>
        <w:rPr>
          <w:rFonts w:ascii="Yu Gothic" w:eastAsia="Yu Gothic" w:hAnsi="Yu Gothic"/>
          <w:lang w:eastAsia="zh-TW"/>
        </w:rPr>
      </w:pPr>
      <w:r w:rsidRPr="0007563B">
        <w:rPr>
          <w:rFonts w:ascii="Yu Gothic" w:eastAsia="Yu Gothic" w:hAnsi="Yu Gothic"/>
          <w:b/>
          <w:lang w:eastAsia="zh-TW"/>
        </w:rPr>
        <w:t>相談窓口</w:t>
      </w:r>
    </w:p>
    <w:p w14:paraId="55DDABB7" w14:textId="77777777" w:rsidR="009C63FC" w:rsidRPr="0007563B" w:rsidRDefault="00000000">
      <w:pPr>
        <w:spacing w:after="40"/>
        <w:rPr>
          <w:rFonts w:ascii="Yu Gothic" w:eastAsia="Yu Gothic" w:hAnsi="Yu Gothic"/>
          <w:lang w:eastAsia="zh-TW"/>
        </w:rPr>
      </w:pPr>
      <w:r w:rsidRPr="0007563B">
        <w:rPr>
          <w:rFonts w:ascii="Yu Gothic" w:eastAsia="Yu Gothic" w:hAnsi="Yu Gothic"/>
          <w:lang w:eastAsia="zh-TW"/>
        </w:rPr>
        <w:t xml:space="preserve">　</w:t>
      </w:r>
      <w:r w:rsidRPr="0007563B">
        <w:rPr>
          <w:rFonts w:ascii="Yu Gothic" w:eastAsia="Yu Gothic" w:hAnsi="Yu Gothic"/>
          <w:lang w:eastAsia="zh-TW"/>
        </w:rPr>
        <w:br/>
        <w:t xml:space="preserve">　</w:t>
      </w:r>
    </w:p>
    <w:p w14:paraId="3411817E" w14:textId="77777777" w:rsidR="009C63FC" w:rsidRPr="0007563B" w:rsidRDefault="00000000">
      <w:pPr>
        <w:rPr>
          <w:rFonts w:ascii="Yu Gothic" w:eastAsia="Yu Gothic" w:hAnsi="Yu Gothic"/>
          <w:lang w:eastAsia="zh-TW"/>
        </w:rPr>
      </w:pPr>
      <w:r w:rsidRPr="0007563B">
        <w:rPr>
          <w:rFonts w:ascii="Yu Gothic" w:eastAsia="Yu Gothic" w:hAnsi="Yu Gothic"/>
          <w:lang w:eastAsia="zh-TW"/>
        </w:rPr>
        <w:br w:type="page"/>
      </w:r>
    </w:p>
    <w:p w14:paraId="1EA19BD6" w14:textId="77777777" w:rsidR="009C63FC" w:rsidRPr="0007563B" w:rsidRDefault="00000000">
      <w:pPr>
        <w:spacing w:after="80"/>
        <w:rPr>
          <w:rFonts w:ascii="Yu Gothic" w:eastAsia="Yu Gothic" w:hAnsi="Yu Gothic"/>
          <w:lang w:eastAsia="zh-TW"/>
        </w:rPr>
      </w:pPr>
      <w:r w:rsidRPr="0007563B">
        <w:rPr>
          <w:rFonts w:ascii="Yu Gothic" w:eastAsia="Yu Gothic" w:hAnsi="Yu Gothic"/>
          <w:b/>
          <w:sz w:val="22"/>
          <w:lang w:eastAsia="zh-TW"/>
        </w:rPr>
        <w:lastRenderedPageBreak/>
        <w:t>B　同意書</w:t>
      </w:r>
    </w:p>
    <w:p w14:paraId="38E42B26" w14:textId="77777777" w:rsidR="009C63FC" w:rsidRPr="0007563B" w:rsidRDefault="00000000">
      <w:pPr>
        <w:spacing w:after="80"/>
        <w:rPr>
          <w:rFonts w:ascii="Yu Gothic" w:eastAsia="Yu Gothic" w:hAnsi="Yu Gothic"/>
          <w:lang w:eastAsia="ja-JP"/>
        </w:rPr>
      </w:pPr>
      <w:r w:rsidRPr="0007563B">
        <w:rPr>
          <w:rFonts w:ascii="Yu Gothic" w:eastAsia="Yu Gothic" w:hAnsi="Yu Gothic"/>
          <w:sz w:val="18"/>
          <w:lang w:eastAsia="ja-JP"/>
        </w:rPr>
        <w:t>本人が内容を理解し同意の意思を表明できるものの自署が困難な場合は「代筆者」欄を使用する。本人に同意能力がなく、代わって研究参加を判断する場合は「代諾者」欄を使用する。</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5DCD3EBD" w14:textId="77777777">
        <w:trPr>
          <w:jc w:val="center"/>
        </w:trPr>
        <w:tc>
          <w:tcPr>
            <w:tcW w:w="2608" w:type="dxa"/>
            <w:shd w:val="clear" w:color="auto" w:fill="EEF4F8"/>
            <w:vAlign w:val="center"/>
          </w:tcPr>
          <w:p w14:paraId="24581272"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研究課題名</w:t>
            </w:r>
            <w:proofErr w:type="spellEnd"/>
          </w:p>
        </w:tc>
        <w:tc>
          <w:tcPr>
            <w:tcW w:w="6463" w:type="dxa"/>
            <w:vAlign w:val="center"/>
          </w:tcPr>
          <w:p w14:paraId="61C85762"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4A6C30FA" w14:textId="77777777">
        <w:trPr>
          <w:jc w:val="center"/>
        </w:trPr>
        <w:tc>
          <w:tcPr>
            <w:tcW w:w="2608" w:type="dxa"/>
            <w:shd w:val="clear" w:color="auto" w:fill="EEF4F8"/>
            <w:vAlign w:val="center"/>
          </w:tcPr>
          <w:p w14:paraId="25ECC755"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確認事項</w:t>
            </w:r>
          </w:p>
        </w:tc>
        <w:tc>
          <w:tcPr>
            <w:tcW w:w="6463" w:type="dxa"/>
            <w:vAlign w:val="center"/>
          </w:tcPr>
          <w:p w14:paraId="07A7C639"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上記説明を受け、質問する機会があり、内容を理解しました。研究参加に同意します。</w:t>
            </w:r>
          </w:p>
        </w:tc>
      </w:tr>
      <w:tr w:rsidR="009C63FC" w:rsidRPr="0007563B" w14:paraId="3E9FDD7F" w14:textId="77777777">
        <w:trPr>
          <w:jc w:val="center"/>
        </w:trPr>
        <w:tc>
          <w:tcPr>
            <w:tcW w:w="2608" w:type="dxa"/>
            <w:shd w:val="clear" w:color="auto" w:fill="EEF4F8"/>
            <w:vAlign w:val="center"/>
          </w:tcPr>
          <w:p w14:paraId="339FD078"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研究対象者本人</w:t>
            </w:r>
            <w:proofErr w:type="spellEnd"/>
          </w:p>
        </w:tc>
        <w:tc>
          <w:tcPr>
            <w:tcW w:w="6463" w:type="dxa"/>
            <w:vAlign w:val="center"/>
          </w:tcPr>
          <w:p w14:paraId="150D69C8"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署名：　　　　　　　　　　日付：令和　年　月　日</w:t>
            </w:r>
          </w:p>
        </w:tc>
      </w:tr>
      <w:tr w:rsidR="009C63FC" w:rsidRPr="0007563B" w14:paraId="01E492BA" w14:textId="77777777">
        <w:trPr>
          <w:jc w:val="center"/>
        </w:trPr>
        <w:tc>
          <w:tcPr>
            <w:tcW w:w="2608" w:type="dxa"/>
            <w:shd w:val="clear" w:color="auto" w:fill="EEF4F8"/>
            <w:vAlign w:val="center"/>
          </w:tcPr>
          <w:p w14:paraId="160121B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代諾者（本人に同意能力がない場合）</w:t>
            </w:r>
          </w:p>
        </w:tc>
        <w:tc>
          <w:tcPr>
            <w:tcW w:w="6463" w:type="dxa"/>
            <w:vAlign w:val="center"/>
          </w:tcPr>
          <w:p w14:paraId="44761A87"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氏名：　　　　　　　　　　本人との関係：　　　　　　</w:t>
            </w:r>
            <w:r w:rsidRPr="0007563B">
              <w:rPr>
                <w:rFonts w:ascii="Yu Gothic" w:eastAsia="Yu Gothic" w:hAnsi="Yu Gothic"/>
                <w:sz w:val="18"/>
                <w:lang w:eastAsia="ja-JP"/>
              </w:rPr>
              <w:br/>
              <w:t>署名：　　　　　　　　　　日付：令和　年　月　日</w:t>
            </w:r>
          </w:p>
        </w:tc>
      </w:tr>
      <w:tr w:rsidR="009C63FC" w:rsidRPr="0007563B" w14:paraId="3664050E" w14:textId="77777777">
        <w:trPr>
          <w:jc w:val="center"/>
        </w:trPr>
        <w:tc>
          <w:tcPr>
            <w:tcW w:w="2608" w:type="dxa"/>
            <w:shd w:val="clear" w:color="auto" w:fill="EEF4F8"/>
            <w:vAlign w:val="center"/>
          </w:tcPr>
          <w:p w14:paraId="38DD8957"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代筆者（本人に同意能力がある場合）</w:t>
            </w:r>
          </w:p>
        </w:tc>
        <w:tc>
          <w:tcPr>
            <w:tcW w:w="6463" w:type="dxa"/>
            <w:vAlign w:val="center"/>
          </w:tcPr>
          <w:p w14:paraId="25EAA90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本人が同意の意思を表明したことを確認し、その依頼により代筆しました。</w:t>
            </w:r>
            <w:r w:rsidRPr="0007563B">
              <w:rPr>
                <w:rFonts w:ascii="Yu Gothic" w:eastAsia="Yu Gothic" w:hAnsi="Yu Gothic"/>
                <w:sz w:val="18"/>
                <w:lang w:eastAsia="ja-JP"/>
              </w:rPr>
              <w:br/>
              <w:t xml:space="preserve">氏名：　　　　　　　　　　本人との関係：　　　　　　</w:t>
            </w:r>
            <w:r w:rsidRPr="0007563B">
              <w:rPr>
                <w:rFonts w:ascii="Yu Gothic" w:eastAsia="Yu Gothic" w:hAnsi="Yu Gothic"/>
                <w:sz w:val="18"/>
                <w:lang w:eastAsia="ja-JP"/>
              </w:rPr>
              <w:br/>
              <w:t xml:space="preserve">代筆理由：　　　　　　　　　　　　　　　　　　　　　</w:t>
            </w:r>
            <w:r w:rsidRPr="0007563B">
              <w:rPr>
                <w:rFonts w:ascii="Yu Gothic" w:eastAsia="Yu Gothic" w:hAnsi="Yu Gothic"/>
                <w:sz w:val="18"/>
                <w:lang w:eastAsia="ja-JP"/>
              </w:rPr>
              <w:br/>
              <w:t>署名：　　　　　　　　　　日付：令和　年　月　日</w:t>
            </w:r>
          </w:p>
        </w:tc>
      </w:tr>
      <w:tr w:rsidR="009C63FC" w:rsidRPr="0007563B" w14:paraId="1F789AF9" w14:textId="77777777">
        <w:trPr>
          <w:jc w:val="center"/>
        </w:trPr>
        <w:tc>
          <w:tcPr>
            <w:tcW w:w="2608" w:type="dxa"/>
            <w:shd w:val="clear" w:color="auto" w:fill="EEF4F8"/>
            <w:vAlign w:val="center"/>
          </w:tcPr>
          <w:p w14:paraId="3622BFCE"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説明者による本人意思の確認</w:t>
            </w:r>
          </w:p>
        </w:tc>
        <w:tc>
          <w:tcPr>
            <w:tcW w:w="6463" w:type="dxa"/>
            <w:vAlign w:val="center"/>
          </w:tcPr>
          <w:p w14:paraId="6E2513E1"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□本人が同意の意思を表明したことを確認した　□代諾による同意</w:t>
            </w:r>
            <w:r w:rsidRPr="0007563B">
              <w:rPr>
                <w:rFonts w:ascii="Yu Gothic" w:eastAsia="Yu Gothic" w:hAnsi="Yu Gothic"/>
                <w:sz w:val="18"/>
                <w:lang w:eastAsia="ja-JP"/>
              </w:rPr>
              <w:br/>
              <w:t>所属・職名：　　　　　　　署名：　　　　日付：令和　年　月　日</w:t>
            </w:r>
          </w:p>
        </w:tc>
      </w:tr>
    </w:tbl>
    <w:p w14:paraId="70DDFC39" w14:textId="77777777" w:rsidR="009C63FC" w:rsidRPr="0007563B" w:rsidRDefault="009C63FC">
      <w:pPr>
        <w:spacing w:after="20"/>
        <w:rPr>
          <w:rFonts w:ascii="Yu Gothic" w:eastAsia="Yu Gothic" w:hAnsi="Yu Gothic"/>
          <w:lang w:eastAsia="ja-JP"/>
        </w:rPr>
      </w:pPr>
    </w:p>
    <w:p w14:paraId="0F2218A3" w14:textId="77777777" w:rsidR="009C63FC" w:rsidRPr="0007563B" w:rsidRDefault="00000000">
      <w:pPr>
        <w:rPr>
          <w:rFonts w:ascii="Yu Gothic" w:eastAsia="Yu Gothic" w:hAnsi="Yu Gothic"/>
          <w:lang w:eastAsia="ja-JP"/>
        </w:rPr>
      </w:pPr>
      <w:r w:rsidRPr="0007563B">
        <w:rPr>
          <w:rFonts w:ascii="Yu Gothic" w:eastAsia="Yu Gothic" w:hAnsi="Yu Gothic"/>
          <w:lang w:eastAsia="ja-JP"/>
        </w:rPr>
        <w:br w:type="page"/>
      </w:r>
    </w:p>
    <w:p w14:paraId="2A17D77E" w14:textId="77777777" w:rsidR="009C63FC" w:rsidRPr="0007563B" w:rsidRDefault="00000000">
      <w:pPr>
        <w:spacing w:after="80"/>
        <w:rPr>
          <w:rFonts w:ascii="Yu Gothic" w:eastAsia="Yu Gothic" w:hAnsi="Yu Gothic"/>
          <w:lang w:eastAsia="ja-JP"/>
        </w:rPr>
      </w:pPr>
      <w:r w:rsidRPr="0007563B">
        <w:rPr>
          <w:rFonts w:ascii="Yu Gothic" w:eastAsia="Yu Gothic" w:hAnsi="Yu Gothic"/>
          <w:b/>
          <w:sz w:val="22"/>
          <w:lang w:eastAsia="ja-JP"/>
        </w:rPr>
        <w:lastRenderedPageBreak/>
        <w:t>C　同意撤回書</w:t>
      </w:r>
    </w:p>
    <w:p w14:paraId="6FB2D20A" w14:textId="77777777" w:rsidR="009C63FC" w:rsidRPr="0007563B" w:rsidRDefault="00000000">
      <w:pPr>
        <w:spacing w:after="80"/>
        <w:rPr>
          <w:rFonts w:ascii="Yu Gothic" w:eastAsia="Yu Gothic" w:hAnsi="Yu Gothic"/>
          <w:lang w:eastAsia="ja-JP"/>
        </w:rPr>
      </w:pPr>
      <w:r w:rsidRPr="0007563B">
        <w:rPr>
          <w:rFonts w:ascii="Yu Gothic" w:eastAsia="Yu Gothic" w:hAnsi="Yu Gothic"/>
          <w:sz w:val="18"/>
          <w:lang w:eastAsia="ja-JP"/>
        </w:rPr>
        <w:t>本人が撤回の意思を表明できるものの自署が困難な場合は「代筆者」欄を使用する。本人に意思決定能力がなく、代諾者が撤回を判断する場合は「代諾者」欄を使用する。</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3290D82B" w14:textId="77777777">
        <w:trPr>
          <w:jc w:val="center"/>
        </w:trPr>
        <w:tc>
          <w:tcPr>
            <w:tcW w:w="2608" w:type="dxa"/>
            <w:shd w:val="clear" w:color="auto" w:fill="EEF4F8"/>
            <w:vAlign w:val="center"/>
          </w:tcPr>
          <w:p w14:paraId="3A30BE99"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研究課題名</w:t>
            </w:r>
            <w:proofErr w:type="spellEnd"/>
          </w:p>
        </w:tc>
        <w:tc>
          <w:tcPr>
            <w:tcW w:w="6463" w:type="dxa"/>
            <w:vAlign w:val="center"/>
          </w:tcPr>
          <w:p w14:paraId="7B0CBBE2"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30E99BAD" w14:textId="77777777">
        <w:trPr>
          <w:jc w:val="center"/>
        </w:trPr>
        <w:tc>
          <w:tcPr>
            <w:tcW w:w="2608" w:type="dxa"/>
            <w:shd w:val="clear" w:color="auto" w:fill="EEF4F8"/>
            <w:vAlign w:val="center"/>
          </w:tcPr>
          <w:p w14:paraId="79C1C841"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撤回の意思</w:t>
            </w:r>
          </w:p>
        </w:tc>
        <w:tc>
          <w:tcPr>
            <w:tcW w:w="6463" w:type="dxa"/>
            <w:vAlign w:val="center"/>
          </w:tcPr>
          <w:p w14:paraId="1A2C4F44"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研究参加への同意を撤回します。撤回後の試料・情報の取扱いについて説明を受けました。</w:t>
            </w:r>
          </w:p>
        </w:tc>
      </w:tr>
      <w:tr w:rsidR="009C63FC" w:rsidRPr="0007563B" w14:paraId="51A5EBAA" w14:textId="77777777">
        <w:trPr>
          <w:jc w:val="center"/>
        </w:trPr>
        <w:tc>
          <w:tcPr>
            <w:tcW w:w="2608" w:type="dxa"/>
            <w:shd w:val="clear" w:color="auto" w:fill="EEF4F8"/>
            <w:vAlign w:val="center"/>
          </w:tcPr>
          <w:p w14:paraId="0D0609A0"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研究対象者本人</w:t>
            </w:r>
            <w:proofErr w:type="spellEnd"/>
          </w:p>
        </w:tc>
        <w:tc>
          <w:tcPr>
            <w:tcW w:w="6463" w:type="dxa"/>
            <w:vAlign w:val="center"/>
          </w:tcPr>
          <w:p w14:paraId="3BAC076E"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署名：　　　　　　　　　　日付：令和　年　月　日</w:t>
            </w:r>
          </w:p>
        </w:tc>
      </w:tr>
      <w:tr w:rsidR="009C63FC" w:rsidRPr="0007563B" w14:paraId="493B3501" w14:textId="77777777">
        <w:trPr>
          <w:jc w:val="center"/>
        </w:trPr>
        <w:tc>
          <w:tcPr>
            <w:tcW w:w="2608" w:type="dxa"/>
            <w:shd w:val="clear" w:color="auto" w:fill="EEF4F8"/>
            <w:vAlign w:val="center"/>
          </w:tcPr>
          <w:p w14:paraId="654EB764"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代諾者による撤回（該当時）</w:t>
            </w:r>
          </w:p>
        </w:tc>
        <w:tc>
          <w:tcPr>
            <w:tcW w:w="6463" w:type="dxa"/>
            <w:vAlign w:val="center"/>
          </w:tcPr>
          <w:p w14:paraId="17DE60FB"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氏名：　　　　　　　　　　本人との関係：　　　　　　</w:t>
            </w:r>
            <w:r w:rsidRPr="0007563B">
              <w:rPr>
                <w:rFonts w:ascii="Yu Gothic" w:eastAsia="Yu Gothic" w:hAnsi="Yu Gothic"/>
                <w:sz w:val="18"/>
                <w:lang w:eastAsia="ja-JP"/>
              </w:rPr>
              <w:br/>
              <w:t>署名：　　　　　　　　　　日付：令和　年　月　日</w:t>
            </w:r>
          </w:p>
        </w:tc>
      </w:tr>
      <w:tr w:rsidR="009C63FC" w:rsidRPr="0007563B" w14:paraId="48EE62BC" w14:textId="77777777">
        <w:trPr>
          <w:jc w:val="center"/>
        </w:trPr>
        <w:tc>
          <w:tcPr>
            <w:tcW w:w="2608" w:type="dxa"/>
            <w:shd w:val="clear" w:color="auto" w:fill="EEF4F8"/>
            <w:vAlign w:val="center"/>
          </w:tcPr>
          <w:p w14:paraId="7F6D4D9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代筆者（本人が撤回の意思を表明した場合）</w:t>
            </w:r>
          </w:p>
        </w:tc>
        <w:tc>
          <w:tcPr>
            <w:tcW w:w="6463" w:type="dxa"/>
            <w:vAlign w:val="center"/>
          </w:tcPr>
          <w:p w14:paraId="1F45843A"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本人が撤回の意思を表明したことを確認し、その依頼により代筆しました。</w:t>
            </w:r>
            <w:r w:rsidRPr="0007563B">
              <w:rPr>
                <w:rFonts w:ascii="Yu Gothic" w:eastAsia="Yu Gothic" w:hAnsi="Yu Gothic"/>
                <w:sz w:val="18"/>
                <w:lang w:eastAsia="ja-JP"/>
              </w:rPr>
              <w:br/>
              <w:t xml:space="preserve">氏名：　　　　　　　　　　本人との関係：　　　　　　</w:t>
            </w:r>
            <w:r w:rsidRPr="0007563B">
              <w:rPr>
                <w:rFonts w:ascii="Yu Gothic" w:eastAsia="Yu Gothic" w:hAnsi="Yu Gothic"/>
                <w:sz w:val="18"/>
                <w:lang w:eastAsia="ja-JP"/>
              </w:rPr>
              <w:br/>
              <w:t xml:space="preserve">代筆理由：　　　　　　　　　　　　　　　　　　　　　</w:t>
            </w:r>
            <w:r w:rsidRPr="0007563B">
              <w:rPr>
                <w:rFonts w:ascii="Yu Gothic" w:eastAsia="Yu Gothic" w:hAnsi="Yu Gothic"/>
                <w:sz w:val="18"/>
                <w:lang w:eastAsia="ja-JP"/>
              </w:rPr>
              <w:br/>
              <w:t>署名：　　　　　　　　　　日付：令和　年　月　日</w:t>
            </w:r>
          </w:p>
        </w:tc>
      </w:tr>
      <w:tr w:rsidR="009C63FC" w:rsidRPr="0007563B" w14:paraId="43F0F1FC" w14:textId="77777777">
        <w:trPr>
          <w:jc w:val="center"/>
        </w:trPr>
        <w:tc>
          <w:tcPr>
            <w:tcW w:w="2608" w:type="dxa"/>
            <w:shd w:val="clear" w:color="auto" w:fill="EEF4F8"/>
            <w:vAlign w:val="center"/>
          </w:tcPr>
          <w:p w14:paraId="7C4EB2F1"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受領者による本人意思の確認</w:t>
            </w:r>
          </w:p>
        </w:tc>
        <w:tc>
          <w:tcPr>
            <w:tcW w:w="6463" w:type="dxa"/>
            <w:vAlign w:val="center"/>
          </w:tcPr>
          <w:p w14:paraId="7233AFE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□本人が撤回の意思を表明したことを確認した　□代諾者による撤回</w:t>
            </w:r>
            <w:r w:rsidRPr="0007563B">
              <w:rPr>
                <w:rFonts w:ascii="Yu Gothic" w:eastAsia="Yu Gothic" w:hAnsi="Yu Gothic"/>
                <w:sz w:val="18"/>
                <w:lang w:eastAsia="ja-JP"/>
              </w:rPr>
              <w:br/>
              <w:t>所属・職名：　　　　　　　署名：　　　　受領日：令和　年　月　日</w:t>
            </w:r>
          </w:p>
        </w:tc>
      </w:tr>
    </w:tbl>
    <w:p w14:paraId="0D803721" w14:textId="77777777" w:rsidR="009C63FC" w:rsidRPr="0007563B" w:rsidRDefault="009C63FC">
      <w:pPr>
        <w:spacing w:after="20"/>
        <w:rPr>
          <w:rFonts w:ascii="Yu Gothic" w:eastAsia="Yu Gothic" w:hAnsi="Yu Gothic"/>
          <w:lang w:eastAsia="ja-JP"/>
        </w:rPr>
      </w:pPr>
    </w:p>
    <w:p w14:paraId="0ACF93A8" w14:textId="77777777" w:rsidR="009C63FC" w:rsidRPr="0007563B" w:rsidRDefault="00000000">
      <w:pPr>
        <w:rPr>
          <w:rFonts w:ascii="Yu Gothic" w:eastAsia="Yu Gothic" w:hAnsi="Yu Gothic"/>
          <w:lang w:eastAsia="ja-JP"/>
        </w:rPr>
      </w:pPr>
      <w:r w:rsidRPr="0007563B">
        <w:rPr>
          <w:rFonts w:ascii="Yu Gothic" w:eastAsia="Yu Gothic" w:hAnsi="Yu Gothic"/>
          <w:lang w:eastAsia="ja-JP"/>
        </w:rPr>
        <w:br w:type="page"/>
      </w:r>
    </w:p>
    <w:p w14:paraId="2A301E7B" w14:textId="77777777" w:rsidR="00402170" w:rsidRPr="00402170" w:rsidRDefault="00000000" w:rsidP="00402170">
      <w:pPr>
        <w:spacing w:after="160"/>
        <w:rPr>
          <w:rFonts w:ascii="Yu Gothic" w:eastAsia="Yu Gothic" w:hAnsi="Yu Gothic"/>
          <w:bCs/>
          <w:sz w:val="20"/>
          <w:szCs w:val="20"/>
          <w:lang w:eastAsia="ja-JP"/>
        </w:rPr>
      </w:pPr>
      <w:r w:rsidRPr="00402170">
        <w:rPr>
          <w:rFonts w:ascii="Yu Gothic" w:eastAsia="Yu Gothic" w:hAnsi="Yu Gothic"/>
          <w:bCs/>
          <w:sz w:val="20"/>
          <w:szCs w:val="20"/>
          <w:lang w:eastAsia="ja-JP"/>
        </w:rPr>
        <w:lastRenderedPageBreak/>
        <w:t xml:space="preserve">様式4　</w:t>
      </w:r>
    </w:p>
    <w:p w14:paraId="58603D04" w14:textId="09D0CC09" w:rsidR="009C63FC" w:rsidRPr="0007563B" w:rsidRDefault="00000000">
      <w:pPr>
        <w:spacing w:after="160"/>
        <w:jc w:val="center"/>
        <w:rPr>
          <w:rFonts w:ascii="Yu Gothic" w:eastAsia="Yu Gothic" w:hAnsi="Yu Gothic"/>
          <w:lang w:eastAsia="ja-JP"/>
        </w:rPr>
      </w:pPr>
      <w:r w:rsidRPr="0007563B">
        <w:rPr>
          <w:rFonts w:ascii="Yu Gothic" w:eastAsia="Yu Gothic" w:hAnsi="Yu Gothic"/>
          <w:b/>
          <w:sz w:val="30"/>
          <w:lang w:eastAsia="ja-JP"/>
        </w:rPr>
        <w:t>情報公開文書（院内掲示・ウェブ掲載見本）</w:t>
      </w:r>
    </w:p>
    <w:p w14:paraId="7F11AA00" w14:textId="77777777" w:rsidR="009C63FC" w:rsidRPr="0007563B" w:rsidRDefault="00000000">
      <w:pPr>
        <w:spacing w:after="80"/>
        <w:jc w:val="center"/>
        <w:rPr>
          <w:rFonts w:ascii="Yu Gothic" w:eastAsia="Yu Gothic" w:hAnsi="Yu Gothic"/>
          <w:lang w:eastAsia="ja-JP"/>
        </w:rPr>
      </w:pPr>
      <w:r w:rsidRPr="0007563B">
        <w:rPr>
          <w:rFonts w:ascii="Yu Gothic" w:eastAsia="Yu Gothic" w:hAnsi="Yu Gothic"/>
          <w:b/>
          <w:sz w:val="28"/>
          <w:lang w:eastAsia="ja-JP"/>
        </w:rPr>
        <w:t>臨床研究へのご協力のお願い</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4501160B" w14:textId="77777777">
        <w:trPr>
          <w:jc w:val="center"/>
        </w:trPr>
        <w:tc>
          <w:tcPr>
            <w:tcW w:w="2608" w:type="dxa"/>
            <w:shd w:val="clear" w:color="auto" w:fill="EEF4F8"/>
            <w:vAlign w:val="center"/>
          </w:tcPr>
          <w:p w14:paraId="63B3C340"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研究課題名</w:t>
            </w:r>
            <w:proofErr w:type="spellEnd"/>
          </w:p>
        </w:tc>
        <w:tc>
          <w:tcPr>
            <w:tcW w:w="6463" w:type="dxa"/>
            <w:vAlign w:val="center"/>
          </w:tcPr>
          <w:p w14:paraId="025654D5"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6067E780" w14:textId="77777777">
        <w:trPr>
          <w:jc w:val="center"/>
        </w:trPr>
        <w:tc>
          <w:tcPr>
            <w:tcW w:w="2608" w:type="dxa"/>
            <w:shd w:val="clear" w:color="auto" w:fill="EEF4F8"/>
            <w:vAlign w:val="center"/>
          </w:tcPr>
          <w:p w14:paraId="55B77359"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対象となる方</w:t>
            </w:r>
          </w:p>
        </w:tc>
        <w:tc>
          <w:tcPr>
            <w:tcW w:w="6463" w:type="dxa"/>
            <w:vAlign w:val="center"/>
          </w:tcPr>
          <w:p w14:paraId="79D0F585"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対象期間、診療科、条件等を記載</w:t>
            </w:r>
          </w:p>
        </w:tc>
      </w:tr>
      <w:tr w:rsidR="009C63FC" w:rsidRPr="0007563B" w14:paraId="310E4B81" w14:textId="77777777">
        <w:trPr>
          <w:jc w:val="center"/>
        </w:trPr>
        <w:tc>
          <w:tcPr>
            <w:tcW w:w="2608" w:type="dxa"/>
            <w:shd w:val="clear" w:color="auto" w:fill="EEF4F8"/>
            <w:vAlign w:val="center"/>
          </w:tcPr>
          <w:p w14:paraId="0D2900D4"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研究目的・方法</w:t>
            </w:r>
            <w:proofErr w:type="spellEnd"/>
          </w:p>
        </w:tc>
        <w:tc>
          <w:tcPr>
            <w:tcW w:w="6463" w:type="dxa"/>
            <w:vAlign w:val="center"/>
          </w:tcPr>
          <w:p w14:paraId="79118AFF"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p>
        </w:tc>
      </w:tr>
      <w:tr w:rsidR="009C63FC" w:rsidRPr="0007563B" w14:paraId="71489598" w14:textId="77777777">
        <w:trPr>
          <w:jc w:val="center"/>
        </w:trPr>
        <w:tc>
          <w:tcPr>
            <w:tcW w:w="2608" w:type="dxa"/>
            <w:shd w:val="clear" w:color="auto" w:fill="EEF4F8"/>
            <w:vAlign w:val="center"/>
          </w:tcPr>
          <w:p w14:paraId="0C7358E0"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利用する試料・情報</w:t>
            </w:r>
          </w:p>
        </w:tc>
        <w:tc>
          <w:tcPr>
            <w:tcW w:w="6463" w:type="dxa"/>
            <w:vAlign w:val="center"/>
          </w:tcPr>
          <w:p w14:paraId="40254804"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診療情報、検査結果、試料等を具体的に記載</w:t>
            </w:r>
          </w:p>
        </w:tc>
      </w:tr>
      <w:tr w:rsidR="009C63FC" w:rsidRPr="0007563B" w14:paraId="4E19CC65" w14:textId="77777777">
        <w:trPr>
          <w:jc w:val="center"/>
        </w:trPr>
        <w:tc>
          <w:tcPr>
            <w:tcW w:w="2608" w:type="dxa"/>
            <w:shd w:val="clear" w:color="auto" w:fill="EEF4F8"/>
            <w:vAlign w:val="center"/>
          </w:tcPr>
          <w:p w14:paraId="089FE7C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試料・情報の取得方法</w:t>
            </w:r>
          </w:p>
        </w:tc>
        <w:tc>
          <w:tcPr>
            <w:tcW w:w="6463" w:type="dxa"/>
            <w:vAlign w:val="center"/>
          </w:tcPr>
          <w:p w14:paraId="798A6A38"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診療の過程で得られた情報、保存済み試料等、取得方法を記載</w:t>
            </w:r>
          </w:p>
        </w:tc>
      </w:tr>
      <w:tr w:rsidR="009C63FC" w:rsidRPr="0007563B" w14:paraId="0BB3995B" w14:textId="77777777">
        <w:trPr>
          <w:jc w:val="center"/>
        </w:trPr>
        <w:tc>
          <w:tcPr>
            <w:tcW w:w="2608" w:type="dxa"/>
            <w:shd w:val="clear" w:color="auto" w:fill="EEF4F8"/>
            <w:vAlign w:val="center"/>
          </w:tcPr>
          <w:p w14:paraId="4EC327D1"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利用する者・提供先</w:t>
            </w:r>
            <w:proofErr w:type="spellEnd"/>
          </w:p>
        </w:tc>
        <w:tc>
          <w:tcPr>
            <w:tcW w:w="6463" w:type="dxa"/>
            <w:vAlign w:val="center"/>
          </w:tcPr>
          <w:p w14:paraId="2FDB50B2"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共同研究機関、提供先、外国提供の有無等</w:t>
            </w:r>
          </w:p>
        </w:tc>
      </w:tr>
      <w:tr w:rsidR="009C63FC" w:rsidRPr="0007563B" w14:paraId="73EADBD2" w14:textId="77777777">
        <w:trPr>
          <w:jc w:val="center"/>
        </w:trPr>
        <w:tc>
          <w:tcPr>
            <w:tcW w:w="2608" w:type="dxa"/>
            <w:shd w:val="clear" w:color="auto" w:fill="EEF4F8"/>
            <w:vAlign w:val="center"/>
          </w:tcPr>
          <w:p w14:paraId="040EDFA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研究期間・利用開始予定日</w:t>
            </w:r>
          </w:p>
        </w:tc>
        <w:tc>
          <w:tcPr>
            <w:tcW w:w="6463" w:type="dxa"/>
            <w:vAlign w:val="center"/>
          </w:tcPr>
          <w:p w14:paraId="49A5AD01"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研究期間：院長許可日から令和　年　月　日まで</w:t>
            </w:r>
            <w:r w:rsidRPr="0007563B">
              <w:rPr>
                <w:rFonts w:ascii="Yu Gothic" w:eastAsia="Yu Gothic" w:hAnsi="Yu Gothic"/>
                <w:sz w:val="18"/>
                <w:lang w:eastAsia="ja-JP"/>
              </w:rPr>
              <w:br/>
              <w:t>利用開始予定日：令和　年　月　日</w:t>
            </w:r>
          </w:p>
        </w:tc>
      </w:tr>
      <w:tr w:rsidR="009C63FC" w:rsidRPr="0007563B" w14:paraId="7CC1F094" w14:textId="77777777">
        <w:trPr>
          <w:jc w:val="center"/>
        </w:trPr>
        <w:tc>
          <w:tcPr>
            <w:tcW w:w="2608" w:type="dxa"/>
            <w:shd w:val="clear" w:color="auto" w:fill="EEF4F8"/>
            <w:vAlign w:val="center"/>
          </w:tcPr>
          <w:p w14:paraId="14000D0A"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個人情報の取扱い・管理責任者</w:t>
            </w:r>
          </w:p>
        </w:tc>
        <w:tc>
          <w:tcPr>
            <w:tcW w:w="6463" w:type="dxa"/>
            <w:vAlign w:val="center"/>
          </w:tcPr>
          <w:p w14:paraId="6100F4F3"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p>
        </w:tc>
      </w:tr>
      <w:tr w:rsidR="009C63FC" w:rsidRPr="0007563B" w14:paraId="70BA7AF7" w14:textId="77777777">
        <w:trPr>
          <w:jc w:val="center"/>
        </w:trPr>
        <w:tc>
          <w:tcPr>
            <w:tcW w:w="2608" w:type="dxa"/>
            <w:shd w:val="clear" w:color="auto" w:fill="EEF4F8"/>
            <w:vAlign w:val="center"/>
          </w:tcPr>
          <w:p w14:paraId="373769F5"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研究資金・利益相反</w:t>
            </w:r>
            <w:proofErr w:type="spellEnd"/>
          </w:p>
        </w:tc>
        <w:tc>
          <w:tcPr>
            <w:tcW w:w="6463" w:type="dxa"/>
            <w:vAlign w:val="center"/>
          </w:tcPr>
          <w:p w14:paraId="63E8B026"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41BD9BDE" w14:textId="77777777">
        <w:trPr>
          <w:jc w:val="center"/>
        </w:trPr>
        <w:tc>
          <w:tcPr>
            <w:tcW w:w="2608" w:type="dxa"/>
            <w:shd w:val="clear" w:color="auto" w:fill="EEF4F8"/>
            <w:vAlign w:val="center"/>
          </w:tcPr>
          <w:p w14:paraId="3D0C5BC7"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利用又は提供を望まない場合</w:t>
            </w:r>
          </w:p>
        </w:tc>
        <w:tc>
          <w:tcPr>
            <w:tcW w:w="6463" w:type="dxa"/>
            <w:vAlign w:val="center"/>
          </w:tcPr>
          <w:p w14:paraId="1E29B97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下記窓口へお申し出ください。お申し出による診療上の不利益はありません。</w:t>
            </w:r>
          </w:p>
        </w:tc>
      </w:tr>
      <w:tr w:rsidR="009C63FC" w:rsidRPr="0007563B" w14:paraId="1E1E4157" w14:textId="77777777">
        <w:trPr>
          <w:jc w:val="center"/>
        </w:trPr>
        <w:tc>
          <w:tcPr>
            <w:tcW w:w="2608" w:type="dxa"/>
            <w:shd w:val="clear" w:color="auto" w:fill="EEF4F8"/>
            <w:vAlign w:val="center"/>
          </w:tcPr>
          <w:p w14:paraId="22117AFA"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拒否後の取扱い</w:t>
            </w:r>
            <w:proofErr w:type="spellEnd"/>
          </w:p>
        </w:tc>
        <w:tc>
          <w:tcPr>
            <w:tcW w:w="6463" w:type="dxa"/>
            <w:vAlign w:val="center"/>
          </w:tcPr>
          <w:p w14:paraId="13A78ECE"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lang w:eastAsia="ja-JP"/>
              </w:rPr>
              <w:t>原則として対象となる試料・情報の利用又は提供を停止します。ただし、既に個人を識別できない状態に加工されている場合、解析又は公表が終了している場合など、停止が困難なことがあります。</w:t>
            </w:r>
            <w:proofErr w:type="spellStart"/>
            <w:r w:rsidRPr="0007563B">
              <w:rPr>
                <w:rFonts w:ascii="Yu Gothic" w:eastAsia="Yu Gothic" w:hAnsi="Yu Gothic"/>
                <w:sz w:val="18"/>
              </w:rPr>
              <w:t>その場合は理由を説明します</w:t>
            </w:r>
            <w:proofErr w:type="spellEnd"/>
            <w:r w:rsidRPr="0007563B">
              <w:rPr>
                <w:rFonts w:ascii="Yu Gothic" w:eastAsia="Yu Gothic" w:hAnsi="Yu Gothic"/>
                <w:sz w:val="18"/>
              </w:rPr>
              <w:t>。</w:t>
            </w:r>
          </w:p>
        </w:tc>
      </w:tr>
      <w:tr w:rsidR="009C63FC" w:rsidRPr="0007563B" w14:paraId="43C328E3" w14:textId="77777777">
        <w:trPr>
          <w:jc w:val="center"/>
        </w:trPr>
        <w:tc>
          <w:tcPr>
            <w:tcW w:w="2608" w:type="dxa"/>
            <w:shd w:val="clear" w:color="auto" w:fill="EEF4F8"/>
            <w:vAlign w:val="center"/>
          </w:tcPr>
          <w:p w14:paraId="09BD6B8B"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拒否の申出先・方法</w:t>
            </w:r>
          </w:p>
        </w:tc>
        <w:tc>
          <w:tcPr>
            <w:tcW w:w="6463" w:type="dxa"/>
            <w:vAlign w:val="center"/>
          </w:tcPr>
          <w:p w14:paraId="42D36B2B"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担当者、電話番号、受付時間、書面・電話等の申出方法及び受付期限</w:t>
            </w:r>
          </w:p>
        </w:tc>
      </w:tr>
      <w:tr w:rsidR="009C63FC" w:rsidRPr="0007563B" w14:paraId="6428ABA5" w14:textId="77777777">
        <w:trPr>
          <w:jc w:val="center"/>
        </w:trPr>
        <w:tc>
          <w:tcPr>
            <w:tcW w:w="2608" w:type="dxa"/>
            <w:shd w:val="clear" w:color="auto" w:fill="EEF4F8"/>
            <w:vAlign w:val="center"/>
          </w:tcPr>
          <w:p w14:paraId="31046542"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研究責任者・問合せ先</w:t>
            </w:r>
          </w:p>
        </w:tc>
        <w:tc>
          <w:tcPr>
            <w:tcW w:w="6463" w:type="dxa"/>
            <w:vAlign w:val="center"/>
          </w:tcPr>
          <w:p w14:paraId="10AD51D2"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所属・氏名・電話番号・受付時間</w:t>
            </w:r>
          </w:p>
        </w:tc>
      </w:tr>
    </w:tbl>
    <w:p w14:paraId="074DC84A" w14:textId="77777777" w:rsidR="009C63FC" w:rsidRPr="0007563B" w:rsidRDefault="009C63FC">
      <w:pPr>
        <w:spacing w:after="20"/>
        <w:rPr>
          <w:rFonts w:ascii="Yu Gothic" w:eastAsia="Yu Gothic" w:hAnsi="Yu Gothic"/>
          <w:lang w:eastAsia="ja-JP"/>
        </w:rPr>
      </w:pPr>
    </w:p>
    <w:p w14:paraId="4E096F36" w14:textId="77777777" w:rsidR="009C63FC" w:rsidRPr="0007563B" w:rsidRDefault="00000000">
      <w:pPr>
        <w:rPr>
          <w:rFonts w:ascii="Yu Gothic" w:eastAsia="Yu Gothic" w:hAnsi="Yu Gothic"/>
          <w:lang w:eastAsia="ja-JP"/>
        </w:rPr>
      </w:pPr>
      <w:r w:rsidRPr="0007563B">
        <w:rPr>
          <w:rFonts w:ascii="Yu Gothic" w:eastAsia="Yu Gothic" w:hAnsi="Yu Gothic"/>
          <w:lang w:eastAsia="ja-JP"/>
        </w:rPr>
        <w:br w:type="page"/>
      </w:r>
    </w:p>
    <w:p w14:paraId="1D659305" w14:textId="77777777" w:rsidR="00402170" w:rsidRPr="00402170" w:rsidRDefault="00000000" w:rsidP="00402170">
      <w:pPr>
        <w:spacing w:after="160"/>
        <w:rPr>
          <w:rFonts w:ascii="Yu Gothic" w:eastAsia="Yu Gothic" w:hAnsi="Yu Gothic"/>
          <w:bCs/>
          <w:sz w:val="20"/>
          <w:szCs w:val="20"/>
          <w:lang w:eastAsia="zh-TW"/>
        </w:rPr>
      </w:pPr>
      <w:r w:rsidRPr="00402170">
        <w:rPr>
          <w:rFonts w:ascii="Yu Gothic" w:eastAsia="Yu Gothic" w:hAnsi="Yu Gothic"/>
          <w:bCs/>
          <w:sz w:val="20"/>
          <w:szCs w:val="20"/>
          <w:lang w:eastAsia="zh-TW"/>
        </w:rPr>
        <w:lastRenderedPageBreak/>
        <w:t xml:space="preserve">様式5　</w:t>
      </w:r>
    </w:p>
    <w:p w14:paraId="5AFC4A86" w14:textId="4CDEE0DE" w:rsidR="009C63FC" w:rsidRPr="0007563B" w:rsidRDefault="00000000">
      <w:pPr>
        <w:spacing w:after="160"/>
        <w:jc w:val="center"/>
        <w:rPr>
          <w:rFonts w:ascii="Yu Gothic" w:eastAsia="Yu Gothic" w:hAnsi="Yu Gothic"/>
          <w:lang w:eastAsia="zh-TW"/>
        </w:rPr>
      </w:pPr>
      <w:r w:rsidRPr="0007563B">
        <w:rPr>
          <w:rFonts w:ascii="Yu Gothic" w:eastAsia="Yu Gothic" w:hAnsi="Yu Gothic"/>
          <w:b/>
          <w:sz w:val="30"/>
          <w:lang w:eastAsia="zh-TW"/>
        </w:rPr>
        <w:t>利益相反自己申告書</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262A5A50" w14:textId="77777777">
        <w:trPr>
          <w:jc w:val="center"/>
        </w:trPr>
        <w:tc>
          <w:tcPr>
            <w:tcW w:w="2608" w:type="dxa"/>
            <w:shd w:val="clear" w:color="auto" w:fill="EEF4F8"/>
            <w:vAlign w:val="center"/>
          </w:tcPr>
          <w:p w14:paraId="1BC3E3B4"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申告日</w:t>
            </w:r>
            <w:proofErr w:type="spellEnd"/>
          </w:p>
        </w:tc>
        <w:tc>
          <w:tcPr>
            <w:tcW w:w="6463" w:type="dxa"/>
            <w:vAlign w:val="center"/>
          </w:tcPr>
          <w:p w14:paraId="45032EE1"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令和　年　月　日</w:t>
            </w:r>
          </w:p>
        </w:tc>
      </w:tr>
      <w:tr w:rsidR="009C63FC" w:rsidRPr="0007563B" w14:paraId="446E942F" w14:textId="77777777">
        <w:trPr>
          <w:jc w:val="center"/>
        </w:trPr>
        <w:tc>
          <w:tcPr>
            <w:tcW w:w="2608" w:type="dxa"/>
            <w:shd w:val="clear" w:color="auto" w:fill="EEF4F8"/>
            <w:vAlign w:val="center"/>
          </w:tcPr>
          <w:p w14:paraId="41D76A1B"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研究課題名</w:t>
            </w:r>
          </w:p>
        </w:tc>
        <w:tc>
          <w:tcPr>
            <w:tcW w:w="6463" w:type="dxa"/>
            <w:vAlign w:val="center"/>
          </w:tcPr>
          <w:p w14:paraId="000E6CBF"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144F14C7" w14:textId="77777777">
        <w:trPr>
          <w:jc w:val="center"/>
        </w:trPr>
        <w:tc>
          <w:tcPr>
            <w:tcW w:w="2608" w:type="dxa"/>
            <w:shd w:val="clear" w:color="auto" w:fill="EEF4F8"/>
            <w:vAlign w:val="center"/>
          </w:tcPr>
          <w:p w14:paraId="61379CC6"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申告者</w:t>
            </w:r>
          </w:p>
        </w:tc>
        <w:tc>
          <w:tcPr>
            <w:tcW w:w="6463" w:type="dxa"/>
            <w:vAlign w:val="center"/>
          </w:tcPr>
          <w:p w14:paraId="2D864D45"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所属・職名：　　　　　　　　　氏名：</w:t>
            </w:r>
          </w:p>
        </w:tc>
      </w:tr>
      <w:tr w:rsidR="009C63FC" w:rsidRPr="0007563B" w14:paraId="5C9DF3F3" w14:textId="77777777">
        <w:trPr>
          <w:jc w:val="center"/>
        </w:trPr>
        <w:tc>
          <w:tcPr>
            <w:tcW w:w="2608" w:type="dxa"/>
            <w:shd w:val="clear" w:color="auto" w:fill="EEF4F8"/>
            <w:vAlign w:val="center"/>
          </w:tcPr>
          <w:p w14:paraId="38DCDF6C"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申告対象</w:t>
            </w:r>
            <w:proofErr w:type="spellEnd"/>
          </w:p>
        </w:tc>
        <w:tc>
          <w:tcPr>
            <w:tcW w:w="6463" w:type="dxa"/>
            <w:vAlign w:val="center"/>
          </w:tcPr>
          <w:p w14:paraId="0C7416DE"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□本人　□配偶者　□生計を一にする扶養親族（一親等）　□その他規程対象者</w:t>
            </w:r>
          </w:p>
        </w:tc>
      </w:tr>
      <w:tr w:rsidR="009C63FC" w:rsidRPr="0007563B" w14:paraId="0A46F459" w14:textId="77777777">
        <w:trPr>
          <w:jc w:val="center"/>
        </w:trPr>
        <w:tc>
          <w:tcPr>
            <w:tcW w:w="2608" w:type="dxa"/>
            <w:shd w:val="clear" w:color="auto" w:fill="EEF4F8"/>
            <w:vAlign w:val="center"/>
          </w:tcPr>
          <w:p w14:paraId="32A49F0C"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対象期間</w:t>
            </w:r>
            <w:proofErr w:type="spellEnd"/>
          </w:p>
        </w:tc>
        <w:tc>
          <w:tcPr>
            <w:tcW w:w="6463" w:type="dxa"/>
            <w:vAlign w:val="center"/>
          </w:tcPr>
          <w:p w14:paraId="70766D2B"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令和　年　月　日から令和　年　月　日まで</w:t>
            </w:r>
          </w:p>
        </w:tc>
      </w:tr>
      <w:tr w:rsidR="009C63FC" w:rsidRPr="0007563B" w14:paraId="6AC6B6C8" w14:textId="77777777">
        <w:trPr>
          <w:jc w:val="center"/>
        </w:trPr>
        <w:tc>
          <w:tcPr>
            <w:tcW w:w="2608" w:type="dxa"/>
            <w:shd w:val="clear" w:color="auto" w:fill="EEF4F8"/>
            <w:vAlign w:val="center"/>
          </w:tcPr>
          <w:p w14:paraId="5F18B932"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申告事項</w:t>
            </w:r>
            <w:proofErr w:type="spellEnd"/>
          </w:p>
        </w:tc>
        <w:tc>
          <w:tcPr>
            <w:tcW w:w="6463" w:type="dxa"/>
            <w:vAlign w:val="center"/>
          </w:tcPr>
          <w:p w14:paraId="52859C36"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□該当なし</w:t>
            </w:r>
            <w:r w:rsidRPr="0007563B">
              <w:rPr>
                <w:rFonts w:ascii="Yu Gothic" w:eastAsia="Yu Gothic" w:hAnsi="Yu Gothic"/>
                <w:sz w:val="18"/>
                <w:lang w:eastAsia="ja-JP"/>
              </w:rPr>
              <w:br/>
              <w:t>□株式・持分等　□知的財産権・実施料　□給与・役員報酬・講演料等</w:t>
            </w:r>
            <w:r w:rsidRPr="0007563B">
              <w:rPr>
                <w:rFonts w:ascii="Yu Gothic" w:eastAsia="Yu Gothic" w:hAnsi="Yu Gothic"/>
                <w:sz w:val="18"/>
                <w:lang w:eastAsia="ja-JP"/>
              </w:rPr>
              <w:br/>
              <w:t>□寄附金・研究費・物品・役務等　□役員・顧問等　□その他</w:t>
            </w:r>
          </w:p>
        </w:tc>
      </w:tr>
      <w:tr w:rsidR="009C63FC" w:rsidRPr="0007563B" w14:paraId="35429B6C" w14:textId="77777777">
        <w:trPr>
          <w:jc w:val="center"/>
        </w:trPr>
        <w:tc>
          <w:tcPr>
            <w:tcW w:w="2608" w:type="dxa"/>
            <w:shd w:val="clear" w:color="auto" w:fill="EEF4F8"/>
            <w:vAlign w:val="center"/>
          </w:tcPr>
          <w:p w14:paraId="645EF776"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関係企業・団体、内容及び金額等</w:t>
            </w:r>
          </w:p>
        </w:tc>
        <w:tc>
          <w:tcPr>
            <w:tcW w:w="6463" w:type="dxa"/>
            <w:vAlign w:val="center"/>
          </w:tcPr>
          <w:p w14:paraId="2A485DC8"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p>
        </w:tc>
      </w:tr>
      <w:tr w:rsidR="009C63FC" w:rsidRPr="0007563B" w14:paraId="04562CE2" w14:textId="77777777">
        <w:trPr>
          <w:jc w:val="center"/>
        </w:trPr>
        <w:tc>
          <w:tcPr>
            <w:tcW w:w="2608" w:type="dxa"/>
            <w:shd w:val="clear" w:color="auto" w:fill="EEF4F8"/>
            <w:vAlign w:val="center"/>
          </w:tcPr>
          <w:p w14:paraId="575148F0"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確認</w:t>
            </w:r>
            <w:proofErr w:type="spellEnd"/>
          </w:p>
        </w:tc>
        <w:tc>
          <w:tcPr>
            <w:tcW w:w="6463" w:type="dxa"/>
            <w:vAlign w:val="center"/>
          </w:tcPr>
          <w:p w14:paraId="6467FCB2"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lang w:eastAsia="ja-JP"/>
              </w:rPr>
              <w:t>申告内容は正確であり、変更が生じた場合は速やかに追加又は変更申告します。</w:t>
            </w:r>
            <w:r w:rsidRPr="0007563B">
              <w:rPr>
                <w:rFonts w:ascii="Yu Gothic" w:eastAsia="Yu Gothic" w:hAnsi="Yu Gothic"/>
                <w:sz w:val="18"/>
                <w:lang w:eastAsia="ja-JP"/>
              </w:rPr>
              <w:br/>
            </w:r>
            <w:proofErr w:type="spellStart"/>
            <w:r w:rsidRPr="0007563B">
              <w:rPr>
                <w:rFonts w:ascii="Yu Gothic" w:eastAsia="Yu Gothic" w:hAnsi="Yu Gothic"/>
                <w:sz w:val="18"/>
              </w:rPr>
              <w:t>署名</w:t>
            </w:r>
            <w:proofErr w:type="spellEnd"/>
            <w:r w:rsidRPr="0007563B">
              <w:rPr>
                <w:rFonts w:ascii="Yu Gothic" w:eastAsia="Yu Gothic" w:hAnsi="Yu Gothic"/>
                <w:sz w:val="18"/>
              </w:rPr>
              <w:t xml:space="preserve">：　　　　　　　　　　　　　　　</w:t>
            </w:r>
          </w:p>
        </w:tc>
      </w:tr>
    </w:tbl>
    <w:p w14:paraId="79048302" w14:textId="77777777" w:rsidR="009C63FC" w:rsidRPr="0007563B" w:rsidRDefault="009C63FC">
      <w:pPr>
        <w:spacing w:after="20"/>
        <w:rPr>
          <w:rFonts w:ascii="Yu Gothic" w:eastAsia="Yu Gothic" w:hAnsi="Yu Gothic"/>
        </w:rPr>
      </w:pPr>
    </w:p>
    <w:p w14:paraId="3D22EAAC" w14:textId="77777777" w:rsidR="009C63FC" w:rsidRPr="0007563B" w:rsidRDefault="00000000">
      <w:pPr>
        <w:rPr>
          <w:rFonts w:ascii="Yu Gothic" w:eastAsia="Yu Gothic" w:hAnsi="Yu Gothic"/>
        </w:rPr>
      </w:pPr>
      <w:r w:rsidRPr="0007563B">
        <w:rPr>
          <w:rFonts w:ascii="Yu Gothic" w:eastAsia="Yu Gothic" w:hAnsi="Yu Gothic"/>
        </w:rPr>
        <w:br w:type="page"/>
      </w:r>
    </w:p>
    <w:p w14:paraId="324B16E4" w14:textId="77777777" w:rsidR="00402170" w:rsidRPr="00402170" w:rsidRDefault="00000000" w:rsidP="00402170">
      <w:pPr>
        <w:spacing w:after="160"/>
        <w:rPr>
          <w:rFonts w:ascii="Yu Gothic" w:eastAsia="Yu Gothic" w:hAnsi="Yu Gothic"/>
          <w:bCs/>
          <w:sz w:val="20"/>
          <w:szCs w:val="20"/>
          <w:lang w:eastAsia="zh-TW"/>
        </w:rPr>
      </w:pPr>
      <w:r w:rsidRPr="00402170">
        <w:rPr>
          <w:rFonts w:ascii="Yu Gothic" w:eastAsia="Yu Gothic" w:hAnsi="Yu Gothic"/>
          <w:bCs/>
          <w:sz w:val="20"/>
          <w:szCs w:val="20"/>
          <w:lang w:eastAsia="zh-TW"/>
        </w:rPr>
        <w:lastRenderedPageBreak/>
        <w:t xml:space="preserve">様式6　</w:t>
      </w:r>
    </w:p>
    <w:p w14:paraId="7F91A791" w14:textId="10EB69EB" w:rsidR="009C63FC" w:rsidRPr="0007563B" w:rsidRDefault="00000000">
      <w:pPr>
        <w:spacing w:after="160"/>
        <w:jc w:val="center"/>
        <w:rPr>
          <w:rFonts w:ascii="Yu Gothic" w:eastAsia="Yu Gothic" w:hAnsi="Yu Gothic"/>
          <w:lang w:eastAsia="zh-TW"/>
        </w:rPr>
      </w:pPr>
      <w:r w:rsidRPr="0007563B">
        <w:rPr>
          <w:rFonts w:ascii="Yu Gothic" w:eastAsia="Yu Gothic" w:hAnsi="Yu Gothic"/>
          <w:b/>
          <w:sz w:val="30"/>
          <w:lang w:eastAsia="zh-TW"/>
        </w:rPr>
        <w:t>研究利益相反審査結果報告書</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301D2D6B" w14:textId="77777777">
        <w:trPr>
          <w:jc w:val="center"/>
        </w:trPr>
        <w:tc>
          <w:tcPr>
            <w:tcW w:w="2608" w:type="dxa"/>
            <w:shd w:val="clear" w:color="auto" w:fill="EEF4F8"/>
            <w:vAlign w:val="center"/>
          </w:tcPr>
          <w:p w14:paraId="11D652C6"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審査番号</w:t>
            </w:r>
            <w:proofErr w:type="spellEnd"/>
          </w:p>
        </w:tc>
        <w:tc>
          <w:tcPr>
            <w:tcW w:w="6463" w:type="dxa"/>
            <w:vAlign w:val="center"/>
          </w:tcPr>
          <w:p w14:paraId="66323B63"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COI－　　　－　　　</w:t>
            </w:r>
          </w:p>
        </w:tc>
      </w:tr>
      <w:tr w:rsidR="009C63FC" w:rsidRPr="0007563B" w14:paraId="15BADD2A" w14:textId="77777777">
        <w:trPr>
          <w:jc w:val="center"/>
        </w:trPr>
        <w:tc>
          <w:tcPr>
            <w:tcW w:w="2608" w:type="dxa"/>
            <w:shd w:val="clear" w:color="auto" w:fill="EEF4F8"/>
            <w:vAlign w:val="center"/>
          </w:tcPr>
          <w:p w14:paraId="6A641D49"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研究課題名</w:t>
            </w:r>
          </w:p>
        </w:tc>
        <w:tc>
          <w:tcPr>
            <w:tcW w:w="6463" w:type="dxa"/>
            <w:vAlign w:val="center"/>
          </w:tcPr>
          <w:p w14:paraId="1DC47B4C"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7186C87B" w14:textId="77777777">
        <w:trPr>
          <w:jc w:val="center"/>
        </w:trPr>
        <w:tc>
          <w:tcPr>
            <w:tcW w:w="2608" w:type="dxa"/>
            <w:shd w:val="clear" w:color="auto" w:fill="EEF4F8"/>
            <w:vAlign w:val="center"/>
          </w:tcPr>
          <w:p w14:paraId="3CC363D5"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審査方法</w:t>
            </w:r>
          </w:p>
        </w:tc>
        <w:tc>
          <w:tcPr>
            <w:tcW w:w="6463" w:type="dxa"/>
            <w:vAlign w:val="center"/>
          </w:tcPr>
          <w:p w14:paraId="2ED9B879"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□通常審査　□迅速審査</w:t>
            </w:r>
          </w:p>
        </w:tc>
      </w:tr>
      <w:tr w:rsidR="009C63FC" w:rsidRPr="0007563B" w14:paraId="126A4FD7" w14:textId="77777777">
        <w:trPr>
          <w:jc w:val="center"/>
        </w:trPr>
        <w:tc>
          <w:tcPr>
            <w:tcW w:w="2608" w:type="dxa"/>
            <w:shd w:val="clear" w:color="auto" w:fill="EEF4F8"/>
            <w:vAlign w:val="center"/>
          </w:tcPr>
          <w:p w14:paraId="5AC5FE4F"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審査日</w:t>
            </w:r>
            <w:proofErr w:type="spellEnd"/>
          </w:p>
        </w:tc>
        <w:tc>
          <w:tcPr>
            <w:tcW w:w="6463" w:type="dxa"/>
            <w:vAlign w:val="center"/>
          </w:tcPr>
          <w:p w14:paraId="78B9FEA1"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令和　年　月　日</w:t>
            </w:r>
          </w:p>
        </w:tc>
      </w:tr>
      <w:tr w:rsidR="009C63FC" w:rsidRPr="0007563B" w14:paraId="30FFCAFF" w14:textId="77777777">
        <w:trPr>
          <w:jc w:val="center"/>
        </w:trPr>
        <w:tc>
          <w:tcPr>
            <w:tcW w:w="2608" w:type="dxa"/>
            <w:shd w:val="clear" w:color="auto" w:fill="EEF4F8"/>
            <w:vAlign w:val="center"/>
          </w:tcPr>
          <w:p w14:paraId="1385AD92"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審査結果</w:t>
            </w:r>
          </w:p>
        </w:tc>
        <w:tc>
          <w:tcPr>
            <w:tcW w:w="6463" w:type="dxa"/>
            <w:vAlign w:val="center"/>
          </w:tcPr>
          <w:p w14:paraId="0A6071F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□利益相反なし　□管理措置により実施可能　□実施不適当　□継続審議</w:t>
            </w:r>
          </w:p>
        </w:tc>
      </w:tr>
      <w:tr w:rsidR="009C63FC" w:rsidRPr="0007563B" w14:paraId="3EAF763C" w14:textId="77777777">
        <w:trPr>
          <w:jc w:val="center"/>
        </w:trPr>
        <w:tc>
          <w:tcPr>
            <w:tcW w:w="2608" w:type="dxa"/>
            <w:shd w:val="clear" w:color="auto" w:fill="EEF4F8"/>
            <w:vAlign w:val="center"/>
          </w:tcPr>
          <w:p w14:paraId="601B6510"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必要な管理措置</w:t>
            </w:r>
            <w:proofErr w:type="spellEnd"/>
          </w:p>
        </w:tc>
        <w:tc>
          <w:tcPr>
            <w:tcW w:w="6463" w:type="dxa"/>
            <w:vAlign w:val="center"/>
          </w:tcPr>
          <w:p w14:paraId="1600FB25"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p>
        </w:tc>
      </w:tr>
      <w:tr w:rsidR="009C63FC" w:rsidRPr="0007563B" w14:paraId="2841BFB3" w14:textId="77777777">
        <w:trPr>
          <w:jc w:val="center"/>
        </w:trPr>
        <w:tc>
          <w:tcPr>
            <w:tcW w:w="2608" w:type="dxa"/>
            <w:shd w:val="clear" w:color="auto" w:fill="EEF4F8"/>
            <w:vAlign w:val="center"/>
          </w:tcPr>
          <w:p w14:paraId="6C57B3AF"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理由・留意事項</w:t>
            </w:r>
          </w:p>
        </w:tc>
        <w:tc>
          <w:tcPr>
            <w:tcW w:w="6463" w:type="dxa"/>
            <w:vAlign w:val="center"/>
          </w:tcPr>
          <w:p w14:paraId="7B95433F"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p>
        </w:tc>
      </w:tr>
      <w:tr w:rsidR="009C63FC" w:rsidRPr="0007563B" w14:paraId="7FA06F60" w14:textId="77777777">
        <w:trPr>
          <w:jc w:val="center"/>
        </w:trPr>
        <w:tc>
          <w:tcPr>
            <w:tcW w:w="2608" w:type="dxa"/>
            <w:shd w:val="clear" w:color="auto" w:fill="EEF4F8"/>
            <w:vAlign w:val="center"/>
          </w:tcPr>
          <w:p w14:paraId="7D63FA95"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報告</w:t>
            </w:r>
          </w:p>
        </w:tc>
        <w:tc>
          <w:tcPr>
            <w:tcW w:w="6463" w:type="dxa"/>
            <w:vAlign w:val="center"/>
          </w:tcPr>
          <w:p w14:paraId="7F912E0C"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ja-JP"/>
              </w:rPr>
              <w:t>上記のとおり報告します。</w:t>
            </w:r>
            <w:r w:rsidRPr="0007563B">
              <w:rPr>
                <w:rFonts w:ascii="Yu Gothic" w:eastAsia="Yu Gothic" w:hAnsi="Yu Gothic"/>
                <w:sz w:val="18"/>
                <w:lang w:eastAsia="ja-JP"/>
              </w:rPr>
              <w:br/>
            </w:r>
            <w:r w:rsidRPr="0007563B">
              <w:rPr>
                <w:rFonts w:ascii="Yu Gothic" w:eastAsia="Yu Gothic" w:hAnsi="Yu Gothic"/>
                <w:sz w:val="18"/>
                <w:lang w:eastAsia="zh-TW"/>
              </w:rPr>
              <w:t xml:space="preserve">研究利益相反審査委員会委員長：　　　　　　　　　</w:t>
            </w:r>
          </w:p>
        </w:tc>
      </w:tr>
    </w:tbl>
    <w:p w14:paraId="48DDC12B" w14:textId="77777777" w:rsidR="009C63FC" w:rsidRPr="0007563B" w:rsidRDefault="009C63FC">
      <w:pPr>
        <w:spacing w:after="20"/>
        <w:rPr>
          <w:rFonts w:ascii="Yu Gothic" w:eastAsia="Yu Gothic" w:hAnsi="Yu Gothic"/>
          <w:lang w:eastAsia="zh-TW"/>
        </w:rPr>
      </w:pPr>
    </w:p>
    <w:p w14:paraId="7E485BDE" w14:textId="77777777" w:rsidR="009C63FC" w:rsidRPr="0007563B" w:rsidRDefault="00000000">
      <w:pPr>
        <w:rPr>
          <w:rFonts w:ascii="Yu Gothic" w:eastAsia="Yu Gothic" w:hAnsi="Yu Gothic"/>
          <w:lang w:eastAsia="zh-TW"/>
        </w:rPr>
      </w:pPr>
      <w:r w:rsidRPr="0007563B">
        <w:rPr>
          <w:rFonts w:ascii="Yu Gothic" w:eastAsia="Yu Gothic" w:hAnsi="Yu Gothic"/>
          <w:lang w:eastAsia="zh-TW"/>
        </w:rPr>
        <w:br w:type="page"/>
      </w:r>
    </w:p>
    <w:p w14:paraId="232B0497" w14:textId="77777777" w:rsidR="00402170" w:rsidRPr="00402170" w:rsidRDefault="00000000" w:rsidP="00402170">
      <w:pPr>
        <w:spacing w:after="160"/>
        <w:rPr>
          <w:rFonts w:ascii="Yu Gothic" w:eastAsia="Yu Gothic" w:hAnsi="Yu Gothic"/>
          <w:bCs/>
          <w:sz w:val="20"/>
          <w:szCs w:val="20"/>
          <w:lang w:eastAsia="zh-TW"/>
        </w:rPr>
      </w:pPr>
      <w:r w:rsidRPr="00402170">
        <w:rPr>
          <w:rFonts w:ascii="Yu Gothic" w:eastAsia="Yu Gothic" w:hAnsi="Yu Gothic"/>
          <w:bCs/>
          <w:sz w:val="20"/>
          <w:szCs w:val="20"/>
          <w:lang w:eastAsia="zh-TW"/>
        </w:rPr>
        <w:lastRenderedPageBreak/>
        <w:t xml:space="preserve">様式7　</w:t>
      </w:r>
    </w:p>
    <w:p w14:paraId="38F95E44" w14:textId="702DABF7" w:rsidR="009C63FC" w:rsidRPr="0007563B" w:rsidRDefault="00000000">
      <w:pPr>
        <w:spacing w:after="160"/>
        <w:jc w:val="center"/>
        <w:rPr>
          <w:rFonts w:ascii="Yu Gothic" w:eastAsia="Yu Gothic" w:hAnsi="Yu Gothic"/>
          <w:lang w:eastAsia="zh-TW"/>
        </w:rPr>
      </w:pPr>
      <w:r w:rsidRPr="0007563B">
        <w:rPr>
          <w:rFonts w:ascii="Yu Gothic" w:eastAsia="Yu Gothic" w:hAnsi="Yu Gothic"/>
          <w:b/>
          <w:sz w:val="30"/>
          <w:lang w:eastAsia="zh-TW"/>
        </w:rPr>
        <w:t>倫理審査結果通知書</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38388ED3" w14:textId="77777777">
        <w:trPr>
          <w:jc w:val="center"/>
        </w:trPr>
        <w:tc>
          <w:tcPr>
            <w:tcW w:w="2608" w:type="dxa"/>
            <w:shd w:val="clear" w:color="auto" w:fill="EEF4F8"/>
            <w:vAlign w:val="center"/>
          </w:tcPr>
          <w:p w14:paraId="51A2320A"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審査番号</w:t>
            </w:r>
            <w:proofErr w:type="spellEnd"/>
          </w:p>
        </w:tc>
        <w:tc>
          <w:tcPr>
            <w:tcW w:w="6463" w:type="dxa"/>
            <w:vAlign w:val="center"/>
          </w:tcPr>
          <w:p w14:paraId="56669395"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倫理　　　－　　　</w:t>
            </w:r>
          </w:p>
        </w:tc>
      </w:tr>
      <w:tr w:rsidR="009C63FC" w:rsidRPr="0007563B" w14:paraId="7DA033E3" w14:textId="77777777">
        <w:trPr>
          <w:jc w:val="center"/>
        </w:trPr>
        <w:tc>
          <w:tcPr>
            <w:tcW w:w="2608" w:type="dxa"/>
            <w:shd w:val="clear" w:color="auto" w:fill="EEF4F8"/>
            <w:vAlign w:val="center"/>
          </w:tcPr>
          <w:p w14:paraId="6CCC0A5E"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研究課題名</w:t>
            </w:r>
          </w:p>
        </w:tc>
        <w:tc>
          <w:tcPr>
            <w:tcW w:w="6463" w:type="dxa"/>
            <w:vAlign w:val="center"/>
          </w:tcPr>
          <w:p w14:paraId="6AB6B08E"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3DE797BE" w14:textId="77777777">
        <w:trPr>
          <w:jc w:val="center"/>
        </w:trPr>
        <w:tc>
          <w:tcPr>
            <w:tcW w:w="2608" w:type="dxa"/>
            <w:shd w:val="clear" w:color="auto" w:fill="EEF4F8"/>
            <w:vAlign w:val="center"/>
          </w:tcPr>
          <w:p w14:paraId="05F398C9"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研究責任者</w:t>
            </w:r>
          </w:p>
        </w:tc>
        <w:tc>
          <w:tcPr>
            <w:tcW w:w="6463" w:type="dxa"/>
            <w:vAlign w:val="center"/>
          </w:tcPr>
          <w:p w14:paraId="6D38FA4F"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所属・職名・氏名</w:t>
            </w:r>
          </w:p>
        </w:tc>
      </w:tr>
      <w:tr w:rsidR="009C63FC" w:rsidRPr="0007563B" w14:paraId="7B56159B" w14:textId="77777777">
        <w:trPr>
          <w:jc w:val="center"/>
        </w:trPr>
        <w:tc>
          <w:tcPr>
            <w:tcW w:w="2608" w:type="dxa"/>
            <w:shd w:val="clear" w:color="auto" w:fill="EEF4F8"/>
            <w:vAlign w:val="center"/>
          </w:tcPr>
          <w:p w14:paraId="78B5355A"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審査方法・審査日</w:t>
            </w:r>
          </w:p>
        </w:tc>
        <w:tc>
          <w:tcPr>
            <w:tcW w:w="6463" w:type="dxa"/>
            <w:vAlign w:val="center"/>
          </w:tcPr>
          <w:p w14:paraId="5ACCBC06"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□通常　□迅速　□再審査　　令和　年　月　日</w:t>
            </w:r>
          </w:p>
        </w:tc>
      </w:tr>
      <w:tr w:rsidR="009C63FC" w:rsidRPr="0007563B" w14:paraId="428C3965" w14:textId="77777777">
        <w:trPr>
          <w:jc w:val="center"/>
        </w:trPr>
        <w:tc>
          <w:tcPr>
            <w:tcW w:w="2608" w:type="dxa"/>
            <w:shd w:val="clear" w:color="auto" w:fill="EEF4F8"/>
            <w:vAlign w:val="center"/>
          </w:tcPr>
          <w:p w14:paraId="3087DCF0"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判定</w:t>
            </w:r>
            <w:proofErr w:type="spellEnd"/>
          </w:p>
        </w:tc>
        <w:tc>
          <w:tcPr>
            <w:tcW w:w="6463" w:type="dxa"/>
            <w:vAlign w:val="center"/>
          </w:tcPr>
          <w:p w14:paraId="67339FF4"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□承認　□条件付承認　□却下　□承認取消し（停止・中止を含む）　□継続審議</w:t>
            </w:r>
          </w:p>
        </w:tc>
      </w:tr>
      <w:tr w:rsidR="009C63FC" w:rsidRPr="0007563B" w14:paraId="7339073D" w14:textId="77777777">
        <w:trPr>
          <w:jc w:val="center"/>
        </w:trPr>
        <w:tc>
          <w:tcPr>
            <w:tcW w:w="2608" w:type="dxa"/>
            <w:shd w:val="clear" w:color="auto" w:fill="EEF4F8"/>
            <w:vAlign w:val="center"/>
          </w:tcPr>
          <w:p w14:paraId="1882A4C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理由・条件・留意事項</w:t>
            </w:r>
          </w:p>
        </w:tc>
        <w:tc>
          <w:tcPr>
            <w:tcW w:w="6463" w:type="dxa"/>
            <w:vAlign w:val="center"/>
          </w:tcPr>
          <w:p w14:paraId="66F8D61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p>
        </w:tc>
      </w:tr>
      <w:tr w:rsidR="009C63FC" w:rsidRPr="0007563B" w14:paraId="274781A2" w14:textId="77777777">
        <w:trPr>
          <w:jc w:val="center"/>
        </w:trPr>
        <w:tc>
          <w:tcPr>
            <w:tcW w:w="2608" w:type="dxa"/>
            <w:shd w:val="clear" w:color="auto" w:fill="EEF4F8"/>
            <w:vAlign w:val="center"/>
          </w:tcPr>
          <w:p w14:paraId="6DD7B0C9"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対象資料</w:t>
            </w:r>
            <w:proofErr w:type="spellEnd"/>
          </w:p>
        </w:tc>
        <w:tc>
          <w:tcPr>
            <w:tcW w:w="6463" w:type="dxa"/>
            <w:vAlign w:val="center"/>
          </w:tcPr>
          <w:p w14:paraId="06A5F227"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研究計画書等の版番号・作成日</w:t>
            </w:r>
          </w:p>
        </w:tc>
      </w:tr>
      <w:tr w:rsidR="009C63FC" w:rsidRPr="0007563B" w14:paraId="312C9057" w14:textId="77777777">
        <w:trPr>
          <w:jc w:val="center"/>
        </w:trPr>
        <w:tc>
          <w:tcPr>
            <w:tcW w:w="2608" w:type="dxa"/>
            <w:shd w:val="clear" w:color="auto" w:fill="EEF4F8"/>
            <w:vAlign w:val="center"/>
          </w:tcPr>
          <w:p w14:paraId="7D44F7EB"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通知</w:t>
            </w:r>
            <w:proofErr w:type="spellEnd"/>
          </w:p>
        </w:tc>
        <w:tc>
          <w:tcPr>
            <w:tcW w:w="6463" w:type="dxa"/>
            <w:vAlign w:val="center"/>
          </w:tcPr>
          <w:p w14:paraId="59E7EAEE"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令和　年　月　日</w:t>
            </w:r>
            <w:r w:rsidRPr="0007563B">
              <w:rPr>
                <w:rFonts w:ascii="Yu Gothic" w:eastAsia="Yu Gothic" w:hAnsi="Yu Gothic"/>
                <w:sz w:val="18"/>
                <w:lang w:eastAsia="zh-TW"/>
              </w:rPr>
              <w:br/>
              <w:t xml:space="preserve">臨床研究倫理審査委員会委員長：　　　　　　　　　</w:t>
            </w:r>
          </w:p>
        </w:tc>
      </w:tr>
    </w:tbl>
    <w:p w14:paraId="15AA3851" w14:textId="77777777" w:rsidR="009C63FC" w:rsidRPr="0007563B" w:rsidRDefault="009C63FC">
      <w:pPr>
        <w:spacing w:after="20"/>
        <w:rPr>
          <w:rFonts w:ascii="Yu Gothic" w:eastAsia="Yu Gothic" w:hAnsi="Yu Gothic"/>
          <w:lang w:eastAsia="zh-TW"/>
        </w:rPr>
      </w:pPr>
    </w:p>
    <w:p w14:paraId="3E3F45AE" w14:textId="77777777" w:rsidR="009C63FC" w:rsidRPr="0007563B" w:rsidRDefault="00000000">
      <w:pPr>
        <w:rPr>
          <w:rFonts w:ascii="Yu Gothic" w:eastAsia="Yu Gothic" w:hAnsi="Yu Gothic"/>
          <w:lang w:eastAsia="zh-TW"/>
        </w:rPr>
      </w:pPr>
      <w:r w:rsidRPr="0007563B">
        <w:rPr>
          <w:rFonts w:ascii="Yu Gothic" w:eastAsia="Yu Gothic" w:hAnsi="Yu Gothic"/>
          <w:lang w:eastAsia="zh-TW"/>
        </w:rPr>
        <w:br w:type="page"/>
      </w:r>
    </w:p>
    <w:p w14:paraId="0931C82D" w14:textId="77777777" w:rsidR="00402170" w:rsidRPr="00402170" w:rsidRDefault="00000000" w:rsidP="00402170">
      <w:pPr>
        <w:spacing w:after="160"/>
        <w:rPr>
          <w:rFonts w:ascii="Yu Gothic" w:eastAsia="Yu Gothic" w:hAnsi="Yu Gothic"/>
          <w:bCs/>
          <w:sz w:val="20"/>
          <w:szCs w:val="20"/>
          <w:lang w:eastAsia="ja-JP"/>
        </w:rPr>
      </w:pPr>
      <w:r w:rsidRPr="00402170">
        <w:rPr>
          <w:rFonts w:ascii="Yu Gothic" w:eastAsia="Yu Gothic" w:hAnsi="Yu Gothic"/>
          <w:bCs/>
          <w:sz w:val="20"/>
          <w:szCs w:val="20"/>
          <w:lang w:eastAsia="ja-JP"/>
        </w:rPr>
        <w:lastRenderedPageBreak/>
        <w:t xml:space="preserve">様式8　</w:t>
      </w:r>
    </w:p>
    <w:p w14:paraId="1C60FE47" w14:textId="4CEBB2A8" w:rsidR="009C63FC" w:rsidRPr="0007563B" w:rsidRDefault="00000000">
      <w:pPr>
        <w:spacing w:after="160"/>
        <w:jc w:val="center"/>
        <w:rPr>
          <w:rFonts w:ascii="Yu Gothic" w:eastAsia="Yu Gothic" w:hAnsi="Yu Gothic"/>
          <w:lang w:eastAsia="ja-JP"/>
        </w:rPr>
      </w:pPr>
      <w:r w:rsidRPr="0007563B">
        <w:rPr>
          <w:rFonts w:ascii="Yu Gothic" w:eastAsia="Yu Gothic" w:hAnsi="Yu Gothic"/>
          <w:b/>
          <w:sz w:val="30"/>
          <w:lang w:eastAsia="ja-JP"/>
        </w:rPr>
        <w:t>院長実施許可・不許可通知書</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35284A77" w14:textId="77777777">
        <w:trPr>
          <w:jc w:val="center"/>
        </w:trPr>
        <w:tc>
          <w:tcPr>
            <w:tcW w:w="2608" w:type="dxa"/>
            <w:shd w:val="clear" w:color="auto" w:fill="EEF4F8"/>
            <w:vAlign w:val="center"/>
          </w:tcPr>
          <w:p w14:paraId="5007AA02"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研究課題名</w:t>
            </w:r>
            <w:proofErr w:type="spellEnd"/>
          </w:p>
        </w:tc>
        <w:tc>
          <w:tcPr>
            <w:tcW w:w="6463" w:type="dxa"/>
            <w:vAlign w:val="center"/>
          </w:tcPr>
          <w:p w14:paraId="5111DBC1"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p>
        </w:tc>
      </w:tr>
      <w:tr w:rsidR="009C63FC" w:rsidRPr="0007563B" w14:paraId="09B5A7FB" w14:textId="77777777">
        <w:trPr>
          <w:jc w:val="center"/>
        </w:trPr>
        <w:tc>
          <w:tcPr>
            <w:tcW w:w="2608" w:type="dxa"/>
            <w:shd w:val="clear" w:color="auto" w:fill="EEF4F8"/>
            <w:vAlign w:val="center"/>
          </w:tcPr>
          <w:p w14:paraId="65BD786B"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研究責任者</w:t>
            </w:r>
          </w:p>
        </w:tc>
        <w:tc>
          <w:tcPr>
            <w:tcW w:w="6463" w:type="dxa"/>
            <w:vAlign w:val="center"/>
          </w:tcPr>
          <w:p w14:paraId="30C17BC3"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所属・職名・氏名</w:t>
            </w:r>
          </w:p>
        </w:tc>
      </w:tr>
      <w:tr w:rsidR="009C63FC" w:rsidRPr="0007563B" w14:paraId="65347E73" w14:textId="77777777">
        <w:trPr>
          <w:jc w:val="center"/>
        </w:trPr>
        <w:tc>
          <w:tcPr>
            <w:tcW w:w="2608" w:type="dxa"/>
            <w:shd w:val="clear" w:color="auto" w:fill="EEF4F8"/>
            <w:vAlign w:val="center"/>
          </w:tcPr>
          <w:p w14:paraId="18FA0E3F"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倫理審査番号・結果</w:t>
            </w:r>
          </w:p>
        </w:tc>
        <w:tc>
          <w:tcPr>
            <w:tcW w:w="6463" w:type="dxa"/>
            <w:vAlign w:val="center"/>
          </w:tcPr>
          <w:p w14:paraId="4C0133FE"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番号：　　　　　　結果：</w:t>
            </w:r>
          </w:p>
        </w:tc>
      </w:tr>
      <w:tr w:rsidR="009C63FC" w:rsidRPr="0007563B" w14:paraId="2A88DD43" w14:textId="77777777">
        <w:trPr>
          <w:jc w:val="center"/>
        </w:trPr>
        <w:tc>
          <w:tcPr>
            <w:tcW w:w="2608" w:type="dxa"/>
            <w:shd w:val="clear" w:color="auto" w:fill="EEF4F8"/>
            <w:vAlign w:val="center"/>
          </w:tcPr>
          <w:p w14:paraId="29E3E030"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COI審査番号・結果</w:t>
            </w:r>
          </w:p>
        </w:tc>
        <w:tc>
          <w:tcPr>
            <w:tcW w:w="6463" w:type="dxa"/>
            <w:vAlign w:val="center"/>
          </w:tcPr>
          <w:p w14:paraId="261C662F"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番号：　　　　　　結果：</w:t>
            </w:r>
          </w:p>
        </w:tc>
      </w:tr>
      <w:tr w:rsidR="009C63FC" w:rsidRPr="0007563B" w14:paraId="1E583F93" w14:textId="77777777">
        <w:trPr>
          <w:jc w:val="center"/>
        </w:trPr>
        <w:tc>
          <w:tcPr>
            <w:tcW w:w="2608" w:type="dxa"/>
            <w:shd w:val="clear" w:color="auto" w:fill="EEF4F8"/>
            <w:vAlign w:val="center"/>
          </w:tcPr>
          <w:p w14:paraId="5F9D120E"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院長決定</w:t>
            </w:r>
          </w:p>
        </w:tc>
        <w:tc>
          <w:tcPr>
            <w:tcW w:w="6463" w:type="dxa"/>
            <w:vAlign w:val="center"/>
          </w:tcPr>
          <w:p w14:paraId="27CA7E33"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□実施を許可する　□条件付きで許可する　□実施を許可しない　□継続を許可する　□停止・中止を命ずる</w:t>
            </w:r>
          </w:p>
        </w:tc>
      </w:tr>
      <w:tr w:rsidR="009C63FC" w:rsidRPr="0007563B" w14:paraId="51B5F475" w14:textId="77777777">
        <w:trPr>
          <w:jc w:val="center"/>
        </w:trPr>
        <w:tc>
          <w:tcPr>
            <w:tcW w:w="2608" w:type="dxa"/>
            <w:shd w:val="clear" w:color="auto" w:fill="EEF4F8"/>
            <w:vAlign w:val="center"/>
          </w:tcPr>
          <w:p w14:paraId="3A8BA419"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条件・理由</w:t>
            </w:r>
            <w:proofErr w:type="spellEnd"/>
          </w:p>
        </w:tc>
        <w:tc>
          <w:tcPr>
            <w:tcW w:w="6463" w:type="dxa"/>
            <w:vAlign w:val="center"/>
          </w:tcPr>
          <w:p w14:paraId="1A2327AE"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p>
        </w:tc>
      </w:tr>
      <w:tr w:rsidR="009C63FC" w:rsidRPr="0007563B" w14:paraId="01A40B8B" w14:textId="77777777">
        <w:trPr>
          <w:jc w:val="center"/>
        </w:trPr>
        <w:tc>
          <w:tcPr>
            <w:tcW w:w="2608" w:type="dxa"/>
            <w:shd w:val="clear" w:color="auto" w:fill="EEF4F8"/>
            <w:vAlign w:val="center"/>
          </w:tcPr>
          <w:p w14:paraId="4C7019D3"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対象資料</w:t>
            </w:r>
          </w:p>
        </w:tc>
        <w:tc>
          <w:tcPr>
            <w:tcW w:w="6463" w:type="dxa"/>
            <w:vAlign w:val="center"/>
          </w:tcPr>
          <w:p w14:paraId="039B8E05"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研究計画書等の版番号・作成日</w:t>
            </w:r>
          </w:p>
        </w:tc>
      </w:tr>
      <w:tr w:rsidR="009C63FC" w:rsidRPr="0007563B" w14:paraId="156673A7" w14:textId="77777777">
        <w:trPr>
          <w:jc w:val="center"/>
        </w:trPr>
        <w:tc>
          <w:tcPr>
            <w:tcW w:w="2608" w:type="dxa"/>
            <w:shd w:val="clear" w:color="auto" w:fill="EEF4F8"/>
            <w:vAlign w:val="center"/>
          </w:tcPr>
          <w:p w14:paraId="0D5B900B"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決定</w:t>
            </w:r>
            <w:proofErr w:type="spellEnd"/>
          </w:p>
        </w:tc>
        <w:tc>
          <w:tcPr>
            <w:tcW w:w="6463" w:type="dxa"/>
            <w:vAlign w:val="center"/>
          </w:tcPr>
          <w:p w14:paraId="0CB1A07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令和　年　月　日</w:t>
            </w:r>
            <w:r w:rsidRPr="0007563B">
              <w:rPr>
                <w:rFonts w:ascii="Yu Gothic" w:eastAsia="Yu Gothic" w:hAnsi="Yu Gothic"/>
                <w:sz w:val="18"/>
                <w:lang w:eastAsia="ja-JP"/>
              </w:rPr>
              <w:br/>
              <w:t xml:space="preserve">独立行政法人国立病院機構さいがた医療センター院長：　　　　　　　　　</w:t>
            </w:r>
          </w:p>
        </w:tc>
      </w:tr>
    </w:tbl>
    <w:p w14:paraId="166F8B26" w14:textId="77777777" w:rsidR="009C63FC" w:rsidRPr="0007563B" w:rsidRDefault="009C63FC">
      <w:pPr>
        <w:spacing w:after="20"/>
        <w:rPr>
          <w:rFonts w:ascii="Yu Gothic" w:eastAsia="Yu Gothic" w:hAnsi="Yu Gothic"/>
          <w:lang w:eastAsia="ja-JP"/>
        </w:rPr>
      </w:pPr>
    </w:p>
    <w:p w14:paraId="5039F8D9" w14:textId="77777777" w:rsidR="009C63FC" w:rsidRPr="0007563B" w:rsidRDefault="00000000">
      <w:pPr>
        <w:rPr>
          <w:rFonts w:ascii="Yu Gothic" w:eastAsia="Yu Gothic" w:hAnsi="Yu Gothic"/>
          <w:lang w:eastAsia="ja-JP"/>
        </w:rPr>
      </w:pPr>
      <w:r w:rsidRPr="0007563B">
        <w:rPr>
          <w:rFonts w:ascii="Yu Gothic" w:eastAsia="Yu Gothic" w:hAnsi="Yu Gothic"/>
          <w:lang w:eastAsia="ja-JP"/>
        </w:rPr>
        <w:br w:type="page"/>
      </w:r>
    </w:p>
    <w:p w14:paraId="2B6D3180" w14:textId="77777777" w:rsidR="00402170" w:rsidRPr="00402170" w:rsidRDefault="00000000" w:rsidP="00402170">
      <w:pPr>
        <w:spacing w:after="160"/>
        <w:rPr>
          <w:rFonts w:ascii="Yu Gothic" w:eastAsia="Yu Gothic" w:hAnsi="Yu Gothic"/>
          <w:bCs/>
          <w:sz w:val="20"/>
          <w:szCs w:val="20"/>
          <w:lang w:eastAsia="ja-JP"/>
        </w:rPr>
      </w:pPr>
      <w:r w:rsidRPr="00402170">
        <w:rPr>
          <w:rFonts w:ascii="Yu Gothic" w:eastAsia="Yu Gothic" w:hAnsi="Yu Gothic"/>
          <w:bCs/>
          <w:sz w:val="20"/>
          <w:szCs w:val="20"/>
          <w:lang w:eastAsia="ja-JP"/>
        </w:rPr>
        <w:lastRenderedPageBreak/>
        <w:t xml:space="preserve">様式9　</w:t>
      </w:r>
    </w:p>
    <w:p w14:paraId="5B0C7C54" w14:textId="71F05155" w:rsidR="009C63FC" w:rsidRPr="0007563B" w:rsidRDefault="00000000">
      <w:pPr>
        <w:spacing w:after="160"/>
        <w:jc w:val="center"/>
        <w:rPr>
          <w:rFonts w:ascii="Yu Gothic" w:eastAsia="Yu Gothic" w:hAnsi="Yu Gothic"/>
          <w:lang w:eastAsia="ja-JP"/>
        </w:rPr>
      </w:pPr>
      <w:r w:rsidRPr="0007563B">
        <w:rPr>
          <w:rFonts w:ascii="Yu Gothic" w:eastAsia="Yu Gothic" w:hAnsi="Yu Gothic"/>
          <w:b/>
          <w:sz w:val="30"/>
          <w:lang w:eastAsia="ja-JP"/>
        </w:rPr>
        <w:t>研究計画等変更申請・報告書</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2A0AC937" w14:textId="77777777">
        <w:trPr>
          <w:jc w:val="center"/>
        </w:trPr>
        <w:tc>
          <w:tcPr>
            <w:tcW w:w="2608" w:type="dxa"/>
            <w:shd w:val="clear" w:color="auto" w:fill="EEF4F8"/>
            <w:vAlign w:val="center"/>
          </w:tcPr>
          <w:p w14:paraId="090A7C6F"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提出日</w:t>
            </w:r>
            <w:proofErr w:type="spellEnd"/>
          </w:p>
        </w:tc>
        <w:tc>
          <w:tcPr>
            <w:tcW w:w="6463" w:type="dxa"/>
            <w:vAlign w:val="center"/>
          </w:tcPr>
          <w:p w14:paraId="72546099"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令和　年　月　日</w:t>
            </w:r>
          </w:p>
        </w:tc>
      </w:tr>
      <w:tr w:rsidR="009C63FC" w:rsidRPr="0007563B" w14:paraId="35310017" w14:textId="77777777">
        <w:trPr>
          <w:jc w:val="center"/>
        </w:trPr>
        <w:tc>
          <w:tcPr>
            <w:tcW w:w="2608" w:type="dxa"/>
            <w:shd w:val="clear" w:color="auto" w:fill="EEF4F8"/>
            <w:vAlign w:val="center"/>
          </w:tcPr>
          <w:p w14:paraId="7AD611BA"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研究課題名・審査番号</w:t>
            </w:r>
          </w:p>
        </w:tc>
        <w:tc>
          <w:tcPr>
            <w:tcW w:w="6463" w:type="dxa"/>
            <w:vAlign w:val="center"/>
          </w:tcPr>
          <w:p w14:paraId="0173091B"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p>
        </w:tc>
      </w:tr>
      <w:tr w:rsidR="009C63FC" w:rsidRPr="0007563B" w14:paraId="68AE09D1" w14:textId="77777777">
        <w:trPr>
          <w:jc w:val="center"/>
        </w:trPr>
        <w:tc>
          <w:tcPr>
            <w:tcW w:w="2608" w:type="dxa"/>
            <w:shd w:val="clear" w:color="auto" w:fill="EEF4F8"/>
            <w:vAlign w:val="center"/>
          </w:tcPr>
          <w:p w14:paraId="33DD3D70"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研究責任者</w:t>
            </w:r>
            <w:proofErr w:type="spellEnd"/>
          </w:p>
        </w:tc>
        <w:tc>
          <w:tcPr>
            <w:tcW w:w="6463" w:type="dxa"/>
            <w:vAlign w:val="center"/>
          </w:tcPr>
          <w:p w14:paraId="498AB0D0"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所属・職名・氏名</w:t>
            </w:r>
          </w:p>
        </w:tc>
      </w:tr>
      <w:tr w:rsidR="009C63FC" w:rsidRPr="0007563B" w14:paraId="6CC8A8FE" w14:textId="77777777">
        <w:trPr>
          <w:jc w:val="center"/>
        </w:trPr>
        <w:tc>
          <w:tcPr>
            <w:tcW w:w="2608" w:type="dxa"/>
            <w:shd w:val="clear" w:color="auto" w:fill="EEF4F8"/>
            <w:vAlign w:val="center"/>
          </w:tcPr>
          <w:p w14:paraId="77BB8ECF"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処理区分（事務局使用）</w:t>
            </w:r>
          </w:p>
        </w:tc>
        <w:tc>
          <w:tcPr>
            <w:tcW w:w="6463" w:type="dxa"/>
            <w:vAlign w:val="center"/>
          </w:tcPr>
          <w:p w14:paraId="71628D03"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□通常審査　□迅速審査　□報告のみ　□一括審査機関で処理</w:t>
            </w:r>
          </w:p>
        </w:tc>
      </w:tr>
      <w:tr w:rsidR="009C63FC" w:rsidRPr="0007563B" w14:paraId="1FAFB1E8" w14:textId="77777777">
        <w:trPr>
          <w:jc w:val="center"/>
        </w:trPr>
        <w:tc>
          <w:tcPr>
            <w:tcW w:w="2608" w:type="dxa"/>
            <w:shd w:val="clear" w:color="auto" w:fill="EEF4F8"/>
            <w:vAlign w:val="center"/>
          </w:tcPr>
          <w:p w14:paraId="690810AE"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変更内容</w:t>
            </w:r>
            <w:proofErr w:type="spellEnd"/>
          </w:p>
        </w:tc>
        <w:tc>
          <w:tcPr>
            <w:tcW w:w="6463" w:type="dxa"/>
            <w:vAlign w:val="center"/>
          </w:tcPr>
          <w:p w14:paraId="7574DF84"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変更前：　</w:t>
            </w:r>
            <w:r w:rsidRPr="0007563B">
              <w:rPr>
                <w:rFonts w:ascii="Yu Gothic" w:eastAsia="Yu Gothic" w:hAnsi="Yu Gothic"/>
                <w:sz w:val="18"/>
              </w:rPr>
              <w:br/>
              <w:t xml:space="preserve">　</w:t>
            </w:r>
            <w:r w:rsidRPr="0007563B">
              <w:rPr>
                <w:rFonts w:ascii="Yu Gothic" w:eastAsia="Yu Gothic" w:hAnsi="Yu Gothic"/>
                <w:sz w:val="18"/>
              </w:rPr>
              <w:br/>
              <w:t xml:space="preserve">変更後：　</w:t>
            </w:r>
            <w:r w:rsidRPr="0007563B">
              <w:rPr>
                <w:rFonts w:ascii="Yu Gothic" w:eastAsia="Yu Gothic" w:hAnsi="Yu Gothic"/>
                <w:sz w:val="18"/>
              </w:rPr>
              <w:br/>
              <w:t xml:space="preserve">　</w:t>
            </w:r>
          </w:p>
        </w:tc>
      </w:tr>
      <w:tr w:rsidR="009C63FC" w:rsidRPr="0007563B" w14:paraId="2262B2D5" w14:textId="77777777">
        <w:trPr>
          <w:jc w:val="center"/>
        </w:trPr>
        <w:tc>
          <w:tcPr>
            <w:tcW w:w="2608" w:type="dxa"/>
            <w:shd w:val="clear" w:color="auto" w:fill="EEF4F8"/>
            <w:vAlign w:val="center"/>
          </w:tcPr>
          <w:p w14:paraId="3248DAF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変更理由・対象者への影響</w:t>
            </w:r>
          </w:p>
        </w:tc>
        <w:tc>
          <w:tcPr>
            <w:tcW w:w="6463" w:type="dxa"/>
            <w:vAlign w:val="center"/>
          </w:tcPr>
          <w:p w14:paraId="3003F1DF"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p>
        </w:tc>
      </w:tr>
      <w:tr w:rsidR="009C63FC" w:rsidRPr="0007563B" w14:paraId="0F51F0EA" w14:textId="77777777">
        <w:trPr>
          <w:jc w:val="center"/>
        </w:trPr>
        <w:tc>
          <w:tcPr>
            <w:tcW w:w="2608" w:type="dxa"/>
            <w:shd w:val="clear" w:color="auto" w:fill="EEF4F8"/>
            <w:vAlign w:val="center"/>
          </w:tcPr>
          <w:p w14:paraId="3F735F69"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COI申告への影響</w:t>
            </w:r>
            <w:proofErr w:type="spellEnd"/>
          </w:p>
        </w:tc>
        <w:tc>
          <w:tcPr>
            <w:tcW w:w="6463" w:type="dxa"/>
            <w:vAlign w:val="center"/>
          </w:tcPr>
          <w:p w14:paraId="4820044E"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□なし　□あり（追加・変更申告書を添付）</w:t>
            </w:r>
          </w:p>
        </w:tc>
      </w:tr>
      <w:tr w:rsidR="009C63FC" w:rsidRPr="0007563B" w14:paraId="04ADE698" w14:textId="77777777">
        <w:trPr>
          <w:jc w:val="center"/>
        </w:trPr>
        <w:tc>
          <w:tcPr>
            <w:tcW w:w="2608" w:type="dxa"/>
            <w:shd w:val="clear" w:color="auto" w:fill="EEF4F8"/>
            <w:vAlign w:val="center"/>
          </w:tcPr>
          <w:p w14:paraId="55940CE9"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添付資料</w:t>
            </w:r>
            <w:proofErr w:type="spellEnd"/>
          </w:p>
        </w:tc>
        <w:tc>
          <w:tcPr>
            <w:tcW w:w="6463" w:type="dxa"/>
            <w:vAlign w:val="center"/>
          </w:tcPr>
          <w:p w14:paraId="2BC0208F"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変更箇所を明示した資料及び改訂後資料（版番号・作成日を記載）</w:t>
            </w:r>
          </w:p>
        </w:tc>
      </w:tr>
      <w:tr w:rsidR="009C63FC" w:rsidRPr="0007563B" w14:paraId="19618F4E" w14:textId="77777777">
        <w:trPr>
          <w:jc w:val="center"/>
        </w:trPr>
        <w:tc>
          <w:tcPr>
            <w:tcW w:w="2608" w:type="dxa"/>
            <w:shd w:val="clear" w:color="auto" w:fill="EEF4F8"/>
            <w:vAlign w:val="center"/>
          </w:tcPr>
          <w:p w14:paraId="1E740420"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署名</w:t>
            </w:r>
            <w:proofErr w:type="spellEnd"/>
          </w:p>
        </w:tc>
        <w:tc>
          <w:tcPr>
            <w:tcW w:w="6463" w:type="dxa"/>
            <w:vAlign w:val="center"/>
          </w:tcPr>
          <w:p w14:paraId="63CF0E39"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 xml:space="preserve">研究責任者：　　　　　　　　　</w:t>
            </w:r>
          </w:p>
        </w:tc>
      </w:tr>
    </w:tbl>
    <w:p w14:paraId="4EC35AB5" w14:textId="77777777" w:rsidR="009C63FC" w:rsidRPr="0007563B" w:rsidRDefault="009C63FC">
      <w:pPr>
        <w:spacing w:after="20"/>
        <w:rPr>
          <w:rFonts w:ascii="Yu Gothic" w:eastAsia="Yu Gothic" w:hAnsi="Yu Gothic"/>
          <w:lang w:eastAsia="zh-TW"/>
        </w:rPr>
      </w:pPr>
    </w:p>
    <w:p w14:paraId="377BB483" w14:textId="77777777" w:rsidR="009C63FC" w:rsidRPr="0007563B" w:rsidRDefault="00000000">
      <w:pPr>
        <w:rPr>
          <w:rFonts w:ascii="Yu Gothic" w:eastAsia="Yu Gothic" w:hAnsi="Yu Gothic"/>
          <w:lang w:eastAsia="zh-TW"/>
        </w:rPr>
      </w:pPr>
      <w:r w:rsidRPr="0007563B">
        <w:rPr>
          <w:rFonts w:ascii="Yu Gothic" w:eastAsia="Yu Gothic" w:hAnsi="Yu Gothic"/>
          <w:lang w:eastAsia="zh-TW"/>
        </w:rPr>
        <w:br w:type="page"/>
      </w:r>
    </w:p>
    <w:p w14:paraId="39273E76" w14:textId="77777777" w:rsidR="00402170" w:rsidRPr="00402170" w:rsidRDefault="00000000" w:rsidP="00402170">
      <w:pPr>
        <w:spacing w:after="160"/>
        <w:rPr>
          <w:rFonts w:ascii="Yu Gothic" w:eastAsia="Yu Gothic" w:hAnsi="Yu Gothic"/>
          <w:bCs/>
          <w:sz w:val="20"/>
          <w:szCs w:val="20"/>
          <w:lang w:eastAsia="zh-TW"/>
        </w:rPr>
      </w:pPr>
      <w:r w:rsidRPr="00402170">
        <w:rPr>
          <w:rFonts w:ascii="Yu Gothic" w:eastAsia="Yu Gothic" w:hAnsi="Yu Gothic"/>
          <w:bCs/>
          <w:sz w:val="20"/>
          <w:szCs w:val="20"/>
          <w:lang w:eastAsia="zh-TW"/>
        </w:rPr>
        <w:lastRenderedPageBreak/>
        <w:t xml:space="preserve">様式10　</w:t>
      </w:r>
    </w:p>
    <w:p w14:paraId="1FC8C881" w14:textId="4041D8CE" w:rsidR="009C63FC" w:rsidRPr="0007563B" w:rsidRDefault="00000000">
      <w:pPr>
        <w:spacing w:after="160"/>
        <w:jc w:val="center"/>
        <w:rPr>
          <w:rFonts w:ascii="Yu Gothic" w:eastAsia="Yu Gothic" w:hAnsi="Yu Gothic"/>
          <w:lang w:eastAsia="zh-TW"/>
        </w:rPr>
      </w:pPr>
      <w:r w:rsidRPr="0007563B">
        <w:rPr>
          <w:rFonts w:ascii="Yu Gothic" w:eastAsia="Yu Gothic" w:hAnsi="Yu Gothic"/>
          <w:b/>
          <w:sz w:val="30"/>
          <w:lang w:eastAsia="zh-TW"/>
        </w:rPr>
        <w:t>研究実施状況報告書</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4219AAC7" w14:textId="77777777">
        <w:trPr>
          <w:jc w:val="center"/>
        </w:trPr>
        <w:tc>
          <w:tcPr>
            <w:tcW w:w="2608" w:type="dxa"/>
            <w:shd w:val="clear" w:color="auto" w:fill="EEF4F8"/>
            <w:vAlign w:val="center"/>
          </w:tcPr>
          <w:p w14:paraId="74C0B834"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報告基準日</w:t>
            </w:r>
            <w:proofErr w:type="spellEnd"/>
          </w:p>
        </w:tc>
        <w:tc>
          <w:tcPr>
            <w:tcW w:w="6463" w:type="dxa"/>
            <w:vAlign w:val="center"/>
          </w:tcPr>
          <w:p w14:paraId="20679DB3"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令和　年　月　日（原則として毎年4月末までに提出）</w:t>
            </w:r>
          </w:p>
        </w:tc>
      </w:tr>
      <w:tr w:rsidR="009C63FC" w:rsidRPr="0007563B" w14:paraId="1C9EDB01" w14:textId="77777777">
        <w:trPr>
          <w:jc w:val="center"/>
        </w:trPr>
        <w:tc>
          <w:tcPr>
            <w:tcW w:w="2608" w:type="dxa"/>
            <w:shd w:val="clear" w:color="auto" w:fill="EEF4F8"/>
            <w:vAlign w:val="center"/>
          </w:tcPr>
          <w:p w14:paraId="6DB96A75"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研究課題名・審査番号</w:t>
            </w:r>
          </w:p>
        </w:tc>
        <w:tc>
          <w:tcPr>
            <w:tcW w:w="6463" w:type="dxa"/>
            <w:vAlign w:val="center"/>
          </w:tcPr>
          <w:p w14:paraId="7D36065B"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p>
        </w:tc>
      </w:tr>
      <w:tr w:rsidR="009C63FC" w:rsidRPr="0007563B" w14:paraId="3203CE29" w14:textId="77777777">
        <w:trPr>
          <w:jc w:val="center"/>
        </w:trPr>
        <w:tc>
          <w:tcPr>
            <w:tcW w:w="2608" w:type="dxa"/>
            <w:shd w:val="clear" w:color="auto" w:fill="EEF4F8"/>
            <w:vAlign w:val="center"/>
          </w:tcPr>
          <w:p w14:paraId="15447847"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研究責任者</w:t>
            </w:r>
            <w:proofErr w:type="spellEnd"/>
          </w:p>
        </w:tc>
        <w:tc>
          <w:tcPr>
            <w:tcW w:w="6463" w:type="dxa"/>
            <w:vAlign w:val="center"/>
          </w:tcPr>
          <w:p w14:paraId="7EC6F722"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所属・職名・氏名</w:t>
            </w:r>
          </w:p>
        </w:tc>
      </w:tr>
      <w:tr w:rsidR="009C63FC" w:rsidRPr="0007563B" w14:paraId="546128AA" w14:textId="77777777">
        <w:trPr>
          <w:jc w:val="center"/>
        </w:trPr>
        <w:tc>
          <w:tcPr>
            <w:tcW w:w="2608" w:type="dxa"/>
            <w:shd w:val="clear" w:color="auto" w:fill="EEF4F8"/>
            <w:vAlign w:val="center"/>
          </w:tcPr>
          <w:p w14:paraId="5708C9A5"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実施状況</w:t>
            </w:r>
          </w:p>
        </w:tc>
        <w:tc>
          <w:tcPr>
            <w:tcW w:w="6463" w:type="dxa"/>
            <w:vAlign w:val="center"/>
          </w:tcPr>
          <w:p w14:paraId="072C951D"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□実施中　□登録終了・追跡中　□未開始　□中断中</w:t>
            </w:r>
          </w:p>
        </w:tc>
      </w:tr>
      <w:tr w:rsidR="009C63FC" w:rsidRPr="0007563B" w14:paraId="656C48E5" w14:textId="77777777">
        <w:trPr>
          <w:jc w:val="center"/>
        </w:trPr>
        <w:tc>
          <w:tcPr>
            <w:tcW w:w="2608" w:type="dxa"/>
            <w:shd w:val="clear" w:color="auto" w:fill="EEF4F8"/>
            <w:vAlign w:val="center"/>
          </w:tcPr>
          <w:p w14:paraId="2E61E544"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対象者数</w:t>
            </w:r>
            <w:proofErr w:type="spellEnd"/>
          </w:p>
        </w:tc>
        <w:tc>
          <w:tcPr>
            <w:tcW w:w="6463" w:type="dxa"/>
            <w:vAlign w:val="center"/>
          </w:tcPr>
          <w:p w14:paraId="7CA51D91" w14:textId="77777777" w:rsidR="009C63FC" w:rsidRPr="0007563B" w:rsidRDefault="00000000">
            <w:pPr>
              <w:spacing w:line="252" w:lineRule="auto"/>
              <w:rPr>
                <w:rFonts w:ascii="Yu Gothic" w:eastAsia="Yu Gothic" w:hAnsi="Yu Gothic"/>
                <w:lang w:eastAsia="zh-CN"/>
              </w:rPr>
            </w:pPr>
            <w:r w:rsidRPr="0007563B">
              <w:rPr>
                <w:rFonts w:ascii="Yu Gothic" w:eastAsia="Yu Gothic" w:hAnsi="Yu Gothic"/>
                <w:sz w:val="18"/>
                <w:lang w:eastAsia="zh-CN"/>
              </w:rPr>
              <w:t>予定：　　　例　／当院登録：　　　例　／完了：　　　例</w:t>
            </w:r>
          </w:p>
        </w:tc>
      </w:tr>
      <w:tr w:rsidR="009C63FC" w:rsidRPr="0007563B" w14:paraId="1E4B285D" w14:textId="77777777">
        <w:trPr>
          <w:jc w:val="center"/>
        </w:trPr>
        <w:tc>
          <w:tcPr>
            <w:tcW w:w="2608" w:type="dxa"/>
            <w:shd w:val="clear" w:color="auto" w:fill="EEF4F8"/>
            <w:vAlign w:val="center"/>
          </w:tcPr>
          <w:p w14:paraId="063577E6"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有害事象・不適合等</w:t>
            </w:r>
            <w:proofErr w:type="spellEnd"/>
          </w:p>
        </w:tc>
        <w:tc>
          <w:tcPr>
            <w:tcW w:w="6463" w:type="dxa"/>
            <w:vAlign w:val="center"/>
          </w:tcPr>
          <w:p w14:paraId="4C456BF3"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□なし　□あり（概要・対応：　　　　　　　　　）</w:t>
            </w:r>
          </w:p>
        </w:tc>
      </w:tr>
      <w:tr w:rsidR="009C63FC" w:rsidRPr="0007563B" w14:paraId="61AC4961" w14:textId="77777777">
        <w:trPr>
          <w:jc w:val="center"/>
        </w:trPr>
        <w:tc>
          <w:tcPr>
            <w:tcW w:w="2608" w:type="dxa"/>
            <w:shd w:val="clear" w:color="auto" w:fill="EEF4F8"/>
            <w:vAlign w:val="center"/>
          </w:tcPr>
          <w:p w14:paraId="44583E84"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計画変更</w:t>
            </w:r>
            <w:proofErr w:type="spellEnd"/>
          </w:p>
        </w:tc>
        <w:tc>
          <w:tcPr>
            <w:tcW w:w="6463" w:type="dxa"/>
            <w:vAlign w:val="center"/>
          </w:tcPr>
          <w:p w14:paraId="086339C7"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□なし　□あり（手続状況：　　　　　　　　　）</w:t>
            </w:r>
          </w:p>
        </w:tc>
      </w:tr>
      <w:tr w:rsidR="009C63FC" w:rsidRPr="0007563B" w14:paraId="7BF460FC" w14:textId="77777777">
        <w:trPr>
          <w:jc w:val="center"/>
        </w:trPr>
        <w:tc>
          <w:tcPr>
            <w:tcW w:w="2608" w:type="dxa"/>
            <w:shd w:val="clear" w:color="auto" w:fill="EEF4F8"/>
            <w:vAlign w:val="center"/>
          </w:tcPr>
          <w:p w14:paraId="2987F005"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COI管理措置</w:t>
            </w:r>
            <w:proofErr w:type="spellEnd"/>
          </w:p>
        </w:tc>
        <w:tc>
          <w:tcPr>
            <w:tcW w:w="6463" w:type="dxa"/>
            <w:vAlign w:val="center"/>
          </w:tcPr>
          <w:p w14:paraId="5F0FCB3A"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□該当なし　□履行中　□変更申告あり</w:t>
            </w:r>
          </w:p>
        </w:tc>
      </w:tr>
      <w:tr w:rsidR="009C63FC" w:rsidRPr="0007563B" w14:paraId="6A91F358" w14:textId="77777777">
        <w:trPr>
          <w:jc w:val="center"/>
        </w:trPr>
        <w:tc>
          <w:tcPr>
            <w:tcW w:w="2608" w:type="dxa"/>
            <w:shd w:val="clear" w:color="auto" w:fill="EEF4F8"/>
            <w:vAlign w:val="center"/>
          </w:tcPr>
          <w:p w14:paraId="6939997B"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公開DB</w:t>
            </w:r>
            <w:proofErr w:type="spellEnd"/>
          </w:p>
        </w:tc>
        <w:tc>
          <w:tcPr>
            <w:tcW w:w="6463" w:type="dxa"/>
            <w:vAlign w:val="center"/>
          </w:tcPr>
          <w:p w14:paraId="61C2004A"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□該当なし　□更新済　登録番号：</w:t>
            </w:r>
          </w:p>
        </w:tc>
      </w:tr>
      <w:tr w:rsidR="009C63FC" w:rsidRPr="0007563B" w14:paraId="77016E4F" w14:textId="77777777">
        <w:trPr>
          <w:jc w:val="center"/>
        </w:trPr>
        <w:tc>
          <w:tcPr>
            <w:tcW w:w="2608" w:type="dxa"/>
            <w:shd w:val="clear" w:color="auto" w:fill="EEF4F8"/>
            <w:vAlign w:val="center"/>
          </w:tcPr>
          <w:p w14:paraId="7C315659"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継続の適否・今後の予定</w:t>
            </w:r>
          </w:p>
        </w:tc>
        <w:tc>
          <w:tcPr>
            <w:tcW w:w="6463" w:type="dxa"/>
            <w:vAlign w:val="center"/>
          </w:tcPr>
          <w:p w14:paraId="0BCA9D4E"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p>
        </w:tc>
      </w:tr>
      <w:tr w:rsidR="009C63FC" w:rsidRPr="0007563B" w14:paraId="77A2DF75" w14:textId="77777777">
        <w:trPr>
          <w:jc w:val="center"/>
        </w:trPr>
        <w:tc>
          <w:tcPr>
            <w:tcW w:w="2608" w:type="dxa"/>
            <w:shd w:val="clear" w:color="auto" w:fill="EEF4F8"/>
            <w:vAlign w:val="center"/>
          </w:tcPr>
          <w:p w14:paraId="0CF1B6A7"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署名</w:t>
            </w:r>
            <w:proofErr w:type="spellEnd"/>
          </w:p>
        </w:tc>
        <w:tc>
          <w:tcPr>
            <w:tcW w:w="6463" w:type="dxa"/>
            <w:vAlign w:val="center"/>
          </w:tcPr>
          <w:p w14:paraId="2FF8D227"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 xml:space="preserve">研究責任者：　　　　　　　　　</w:t>
            </w:r>
          </w:p>
        </w:tc>
      </w:tr>
    </w:tbl>
    <w:p w14:paraId="3E637BAC" w14:textId="77777777" w:rsidR="009C63FC" w:rsidRPr="0007563B" w:rsidRDefault="009C63FC">
      <w:pPr>
        <w:spacing w:after="20"/>
        <w:rPr>
          <w:rFonts w:ascii="Yu Gothic" w:eastAsia="Yu Gothic" w:hAnsi="Yu Gothic"/>
          <w:lang w:eastAsia="zh-TW"/>
        </w:rPr>
      </w:pPr>
    </w:p>
    <w:p w14:paraId="098C4C2E" w14:textId="77777777" w:rsidR="009C63FC" w:rsidRPr="0007563B" w:rsidRDefault="00000000">
      <w:pPr>
        <w:rPr>
          <w:rFonts w:ascii="Yu Gothic" w:eastAsia="Yu Gothic" w:hAnsi="Yu Gothic"/>
          <w:lang w:eastAsia="zh-TW"/>
        </w:rPr>
      </w:pPr>
      <w:r w:rsidRPr="0007563B">
        <w:rPr>
          <w:rFonts w:ascii="Yu Gothic" w:eastAsia="Yu Gothic" w:hAnsi="Yu Gothic"/>
          <w:lang w:eastAsia="zh-TW"/>
        </w:rPr>
        <w:br w:type="page"/>
      </w:r>
    </w:p>
    <w:p w14:paraId="00A5ED6E" w14:textId="77777777" w:rsidR="00402170" w:rsidRPr="00402170" w:rsidRDefault="00000000" w:rsidP="00402170">
      <w:pPr>
        <w:spacing w:after="160"/>
        <w:rPr>
          <w:rFonts w:ascii="Yu Gothic" w:eastAsia="Yu Gothic" w:hAnsi="Yu Gothic"/>
          <w:bCs/>
          <w:sz w:val="20"/>
          <w:szCs w:val="20"/>
          <w:lang w:eastAsia="ja-JP"/>
        </w:rPr>
      </w:pPr>
      <w:r w:rsidRPr="00402170">
        <w:rPr>
          <w:rFonts w:ascii="Yu Gothic" w:eastAsia="Yu Gothic" w:hAnsi="Yu Gothic"/>
          <w:bCs/>
          <w:sz w:val="20"/>
          <w:szCs w:val="20"/>
          <w:lang w:eastAsia="ja-JP"/>
        </w:rPr>
        <w:lastRenderedPageBreak/>
        <w:t xml:space="preserve">様式11　</w:t>
      </w:r>
    </w:p>
    <w:p w14:paraId="66533A41" w14:textId="6CF4A68A" w:rsidR="009C63FC" w:rsidRPr="0007563B" w:rsidRDefault="00000000">
      <w:pPr>
        <w:spacing w:after="160"/>
        <w:jc w:val="center"/>
        <w:rPr>
          <w:rFonts w:ascii="Yu Gothic" w:eastAsia="Yu Gothic" w:hAnsi="Yu Gothic"/>
          <w:lang w:eastAsia="ja-JP"/>
        </w:rPr>
      </w:pPr>
      <w:r w:rsidRPr="0007563B">
        <w:rPr>
          <w:rFonts w:ascii="Yu Gothic" w:eastAsia="Yu Gothic" w:hAnsi="Yu Gothic"/>
          <w:b/>
          <w:sz w:val="30"/>
          <w:lang w:eastAsia="ja-JP"/>
        </w:rPr>
        <w:t>重篤な有害事象等・不適合等報告書</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254820F7" w14:textId="77777777">
        <w:trPr>
          <w:jc w:val="center"/>
        </w:trPr>
        <w:tc>
          <w:tcPr>
            <w:tcW w:w="2608" w:type="dxa"/>
            <w:shd w:val="clear" w:color="auto" w:fill="EEF4F8"/>
            <w:vAlign w:val="center"/>
          </w:tcPr>
          <w:p w14:paraId="21EEBCA3"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第一報日</w:t>
            </w:r>
            <w:proofErr w:type="spellEnd"/>
          </w:p>
        </w:tc>
        <w:tc>
          <w:tcPr>
            <w:tcW w:w="6463" w:type="dxa"/>
            <w:vAlign w:val="center"/>
          </w:tcPr>
          <w:p w14:paraId="5EC777B4"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令和　年　月　日　　□第一報　□続報　□最終報</w:t>
            </w:r>
          </w:p>
        </w:tc>
      </w:tr>
      <w:tr w:rsidR="009C63FC" w:rsidRPr="0007563B" w14:paraId="12DAED72" w14:textId="77777777">
        <w:trPr>
          <w:jc w:val="center"/>
        </w:trPr>
        <w:tc>
          <w:tcPr>
            <w:tcW w:w="2608" w:type="dxa"/>
            <w:shd w:val="clear" w:color="auto" w:fill="EEF4F8"/>
            <w:vAlign w:val="center"/>
          </w:tcPr>
          <w:p w14:paraId="5B255EC6"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研究課題名・審査番号</w:t>
            </w:r>
          </w:p>
        </w:tc>
        <w:tc>
          <w:tcPr>
            <w:tcW w:w="6463" w:type="dxa"/>
            <w:vAlign w:val="center"/>
          </w:tcPr>
          <w:p w14:paraId="43B1B0DD"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p>
        </w:tc>
      </w:tr>
      <w:tr w:rsidR="009C63FC" w:rsidRPr="0007563B" w14:paraId="7657029E" w14:textId="77777777">
        <w:trPr>
          <w:jc w:val="center"/>
        </w:trPr>
        <w:tc>
          <w:tcPr>
            <w:tcW w:w="2608" w:type="dxa"/>
            <w:shd w:val="clear" w:color="auto" w:fill="EEF4F8"/>
            <w:vAlign w:val="center"/>
          </w:tcPr>
          <w:p w14:paraId="73D3FC1D"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研究責任者</w:t>
            </w:r>
            <w:proofErr w:type="spellEnd"/>
          </w:p>
        </w:tc>
        <w:tc>
          <w:tcPr>
            <w:tcW w:w="6463" w:type="dxa"/>
            <w:vAlign w:val="center"/>
          </w:tcPr>
          <w:p w14:paraId="267BCC3D"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所属・職名・氏名</w:t>
            </w:r>
          </w:p>
        </w:tc>
      </w:tr>
      <w:tr w:rsidR="009C63FC" w:rsidRPr="0007563B" w14:paraId="1B34BE15" w14:textId="77777777">
        <w:trPr>
          <w:jc w:val="center"/>
        </w:trPr>
        <w:tc>
          <w:tcPr>
            <w:tcW w:w="2608" w:type="dxa"/>
            <w:shd w:val="clear" w:color="auto" w:fill="EEF4F8"/>
            <w:vAlign w:val="center"/>
          </w:tcPr>
          <w:p w14:paraId="030C6C07"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事象区分</w:t>
            </w:r>
          </w:p>
        </w:tc>
        <w:tc>
          <w:tcPr>
            <w:tcW w:w="6463" w:type="dxa"/>
            <w:vAlign w:val="center"/>
          </w:tcPr>
          <w:p w14:paraId="0E98E924"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□重篤な有害事象　□安全性に影響する情報　□研究計画書不適合</w:t>
            </w:r>
            <w:r w:rsidRPr="0007563B">
              <w:rPr>
                <w:rFonts w:ascii="Yu Gothic" w:eastAsia="Yu Gothic" w:hAnsi="Yu Gothic"/>
                <w:sz w:val="18"/>
                <w:lang w:eastAsia="ja-JP"/>
              </w:rPr>
              <w:br/>
              <w:t>□情報漏えい・人権侵害　□研究結果の信頼性を損なう事実　□その他</w:t>
            </w:r>
          </w:p>
        </w:tc>
      </w:tr>
      <w:tr w:rsidR="009C63FC" w:rsidRPr="0007563B" w14:paraId="4BDD0D3A" w14:textId="77777777">
        <w:trPr>
          <w:jc w:val="center"/>
        </w:trPr>
        <w:tc>
          <w:tcPr>
            <w:tcW w:w="2608" w:type="dxa"/>
            <w:shd w:val="clear" w:color="auto" w:fill="EEF4F8"/>
            <w:vAlign w:val="center"/>
          </w:tcPr>
          <w:p w14:paraId="516CF85B"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発生日・把握日</w:t>
            </w:r>
            <w:proofErr w:type="spellEnd"/>
          </w:p>
        </w:tc>
        <w:tc>
          <w:tcPr>
            <w:tcW w:w="6463" w:type="dxa"/>
            <w:vAlign w:val="center"/>
          </w:tcPr>
          <w:p w14:paraId="5C8094E5"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発生日：令和　年　月　日　把握日：令和　年　月　日</w:t>
            </w:r>
          </w:p>
        </w:tc>
      </w:tr>
      <w:tr w:rsidR="009C63FC" w:rsidRPr="0007563B" w14:paraId="00F6687A" w14:textId="77777777">
        <w:trPr>
          <w:jc w:val="center"/>
        </w:trPr>
        <w:tc>
          <w:tcPr>
            <w:tcW w:w="2608" w:type="dxa"/>
            <w:shd w:val="clear" w:color="auto" w:fill="EEF4F8"/>
            <w:vAlign w:val="center"/>
          </w:tcPr>
          <w:p w14:paraId="7A514375"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事象の概要</w:t>
            </w:r>
          </w:p>
        </w:tc>
        <w:tc>
          <w:tcPr>
            <w:tcW w:w="6463" w:type="dxa"/>
            <w:vAlign w:val="center"/>
          </w:tcPr>
          <w:p w14:paraId="1A95D418"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p>
        </w:tc>
      </w:tr>
      <w:tr w:rsidR="009C63FC" w:rsidRPr="0007563B" w14:paraId="676F69C6" w14:textId="77777777">
        <w:trPr>
          <w:jc w:val="center"/>
        </w:trPr>
        <w:tc>
          <w:tcPr>
            <w:tcW w:w="2608" w:type="dxa"/>
            <w:shd w:val="clear" w:color="auto" w:fill="EEF4F8"/>
            <w:vAlign w:val="center"/>
          </w:tcPr>
          <w:p w14:paraId="0812B5F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研究との因果関係・重大性評価</w:t>
            </w:r>
          </w:p>
        </w:tc>
        <w:tc>
          <w:tcPr>
            <w:tcW w:w="6463" w:type="dxa"/>
            <w:vAlign w:val="center"/>
          </w:tcPr>
          <w:p w14:paraId="50DA72B5"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p>
        </w:tc>
      </w:tr>
      <w:tr w:rsidR="009C63FC" w:rsidRPr="0007563B" w14:paraId="3065915A" w14:textId="77777777">
        <w:trPr>
          <w:jc w:val="center"/>
        </w:trPr>
        <w:tc>
          <w:tcPr>
            <w:tcW w:w="2608" w:type="dxa"/>
            <w:shd w:val="clear" w:color="auto" w:fill="EEF4F8"/>
            <w:vAlign w:val="center"/>
          </w:tcPr>
          <w:p w14:paraId="3839B52F"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対象者保護・被害拡大防止等の初動</w:t>
            </w:r>
          </w:p>
        </w:tc>
        <w:tc>
          <w:tcPr>
            <w:tcW w:w="6463" w:type="dxa"/>
            <w:vAlign w:val="center"/>
          </w:tcPr>
          <w:p w14:paraId="18E8A744"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p>
        </w:tc>
      </w:tr>
      <w:tr w:rsidR="009C63FC" w:rsidRPr="0007563B" w14:paraId="2A940D61" w14:textId="77777777">
        <w:trPr>
          <w:jc w:val="center"/>
        </w:trPr>
        <w:tc>
          <w:tcPr>
            <w:tcW w:w="2608" w:type="dxa"/>
            <w:shd w:val="clear" w:color="auto" w:fill="EEF4F8"/>
            <w:vAlign w:val="center"/>
          </w:tcPr>
          <w:p w14:paraId="438605A2"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研究の継続</w:t>
            </w:r>
            <w:proofErr w:type="spellEnd"/>
          </w:p>
        </w:tc>
        <w:tc>
          <w:tcPr>
            <w:tcW w:w="6463" w:type="dxa"/>
            <w:vAlign w:val="center"/>
          </w:tcPr>
          <w:p w14:paraId="0792ECD3"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□継続　□一時停止　□中止　□未定</w:t>
            </w:r>
          </w:p>
        </w:tc>
      </w:tr>
      <w:tr w:rsidR="009C63FC" w:rsidRPr="0007563B" w14:paraId="66532837" w14:textId="77777777">
        <w:trPr>
          <w:jc w:val="center"/>
        </w:trPr>
        <w:tc>
          <w:tcPr>
            <w:tcW w:w="2608" w:type="dxa"/>
            <w:shd w:val="clear" w:color="auto" w:fill="EEF4F8"/>
            <w:vAlign w:val="center"/>
          </w:tcPr>
          <w:p w14:paraId="0CD21AF5"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関係先への報告</w:t>
            </w:r>
            <w:proofErr w:type="spellEnd"/>
          </w:p>
        </w:tc>
        <w:tc>
          <w:tcPr>
            <w:tcW w:w="6463" w:type="dxa"/>
            <w:vAlign w:val="center"/>
          </w:tcPr>
          <w:p w14:paraId="7360DEE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□院長　□倫理委員会　□研究代表者　□一括審査委員会　□その他</w:t>
            </w:r>
          </w:p>
        </w:tc>
      </w:tr>
      <w:tr w:rsidR="009C63FC" w:rsidRPr="0007563B" w14:paraId="50A58BB4" w14:textId="77777777">
        <w:trPr>
          <w:jc w:val="center"/>
        </w:trPr>
        <w:tc>
          <w:tcPr>
            <w:tcW w:w="2608" w:type="dxa"/>
            <w:shd w:val="clear" w:color="auto" w:fill="EEF4F8"/>
            <w:vAlign w:val="center"/>
          </w:tcPr>
          <w:p w14:paraId="1F3AB51A"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再発防止・今後の対応</w:t>
            </w:r>
          </w:p>
        </w:tc>
        <w:tc>
          <w:tcPr>
            <w:tcW w:w="6463" w:type="dxa"/>
            <w:vAlign w:val="center"/>
          </w:tcPr>
          <w:p w14:paraId="2A42683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p>
        </w:tc>
      </w:tr>
      <w:tr w:rsidR="009C63FC" w:rsidRPr="0007563B" w14:paraId="182E5BED" w14:textId="77777777">
        <w:trPr>
          <w:jc w:val="center"/>
        </w:trPr>
        <w:tc>
          <w:tcPr>
            <w:tcW w:w="2608" w:type="dxa"/>
            <w:shd w:val="clear" w:color="auto" w:fill="EEF4F8"/>
            <w:vAlign w:val="center"/>
          </w:tcPr>
          <w:p w14:paraId="79ED6449"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署名</w:t>
            </w:r>
            <w:proofErr w:type="spellEnd"/>
          </w:p>
        </w:tc>
        <w:tc>
          <w:tcPr>
            <w:tcW w:w="6463" w:type="dxa"/>
            <w:vAlign w:val="center"/>
          </w:tcPr>
          <w:p w14:paraId="232D33F1"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 xml:space="preserve">研究責任者：　　　　　　　　　</w:t>
            </w:r>
          </w:p>
        </w:tc>
      </w:tr>
    </w:tbl>
    <w:p w14:paraId="45894F7D" w14:textId="77777777" w:rsidR="009C63FC" w:rsidRPr="0007563B" w:rsidRDefault="009C63FC">
      <w:pPr>
        <w:spacing w:after="20"/>
        <w:rPr>
          <w:rFonts w:ascii="Yu Gothic" w:eastAsia="Yu Gothic" w:hAnsi="Yu Gothic"/>
          <w:lang w:eastAsia="zh-TW"/>
        </w:rPr>
      </w:pPr>
    </w:p>
    <w:p w14:paraId="3FBB57AF" w14:textId="77777777" w:rsidR="009C63FC" w:rsidRPr="0007563B" w:rsidRDefault="00000000">
      <w:pPr>
        <w:rPr>
          <w:rFonts w:ascii="Yu Gothic" w:eastAsia="Yu Gothic" w:hAnsi="Yu Gothic"/>
          <w:lang w:eastAsia="zh-TW"/>
        </w:rPr>
      </w:pPr>
      <w:r w:rsidRPr="0007563B">
        <w:rPr>
          <w:rFonts w:ascii="Yu Gothic" w:eastAsia="Yu Gothic" w:hAnsi="Yu Gothic"/>
          <w:lang w:eastAsia="zh-TW"/>
        </w:rPr>
        <w:br w:type="page"/>
      </w:r>
    </w:p>
    <w:p w14:paraId="3735A1D6" w14:textId="77777777" w:rsidR="00402170" w:rsidRPr="00402170" w:rsidRDefault="00000000" w:rsidP="00402170">
      <w:pPr>
        <w:spacing w:after="160"/>
        <w:rPr>
          <w:rFonts w:ascii="Yu Gothic" w:eastAsia="Yu Gothic" w:hAnsi="Yu Gothic"/>
          <w:bCs/>
          <w:sz w:val="20"/>
          <w:szCs w:val="20"/>
          <w:lang w:eastAsia="ja-JP"/>
        </w:rPr>
      </w:pPr>
      <w:r w:rsidRPr="00402170">
        <w:rPr>
          <w:rFonts w:ascii="Yu Gothic" w:eastAsia="Yu Gothic" w:hAnsi="Yu Gothic"/>
          <w:bCs/>
          <w:sz w:val="20"/>
          <w:szCs w:val="20"/>
          <w:lang w:eastAsia="ja-JP"/>
        </w:rPr>
        <w:lastRenderedPageBreak/>
        <w:t xml:space="preserve">様式12　</w:t>
      </w:r>
    </w:p>
    <w:p w14:paraId="111FB649" w14:textId="25A7F383" w:rsidR="009C63FC" w:rsidRPr="0007563B" w:rsidRDefault="00000000">
      <w:pPr>
        <w:spacing w:after="160"/>
        <w:jc w:val="center"/>
        <w:rPr>
          <w:rFonts w:ascii="Yu Gothic" w:eastAsia="Yu Gothic" w:hAnsi="Yu Gothic"/>
          <w:lang w:eastAsia="ja-JP"/>
        </w:rPr>
      </w:pPr>
      <w:r w:rsidRPr="0007563B">
        <w:rPr>
          <w:rFonts w:ascii="Yu Gothic" w:eastAsia="Yu Gothic" w:hAnsi="Yu Gothic"/>
          <w:b/>
          <w:sz w:val="30"/>
          <w:lang w:eastAsia="ja-JP"/>
        </w:rPr>
        <w:t>研究終了・中止報告書</w:t>
      </w:r>
    </w:p>
    <w:tbl>
      <w:tblPr>
        <w:tblStyle w:val="afe"/>
        <w:tblW w:w="0" w:type="auto"/>
        <w:jc w:val="center"/>
        <w:tblLayout w:type="fixed"/>
        <w:tblLook w:val="04A0" w:firstRow="1" w:lastRow="0" w:firstColumn="1" w:lastColumn="0" w:noHBand="0" w:noVBand="1"/>
      </w:tblPr>
      <w:tblGrid>
        <w:gridCol w:w="2608"/>
        <w:gridCol w:w="6463"/>
      </w:tblGrid>
      <w:tr w:rsidR="009C63FC" w:rsidRPr="0007563B" w14:paraId="7FB958F5" w14:textId="77777777">
        <w:trPr>
          <w:jc w:val="center"/>
        </w:trPr>
        <w:tc>
          <w:tcPr>
            <w:tcW w:w="2608" w:type="dxa"/>
            <w:shd w:val="clear" w:color="auto" w:fill="EEF4F8"/>
            <w:vAlign w:val="center"/>
          </w:tcPr>
          <w:p w14:paraId="08A0BC9B"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報告日</w:t>
            </w:r>
            <w:proofErr w:type="spellEnd"/>
          </w:p>
        </w:tc>
        <w:tc>
          <w:tcPr>
            <w:tcW w:w="6463" w:type="dxa"/>
            <w:vAlign w:val="center"/>
          </w:tcPr>
          <w:p w14:paraId="19702E9F"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令和　年　月　日</w:t>
            </w:r>
          </w:p>
        </w:tc>
      </w:tr>
      <w:tr w:rsidR="009C63FC" w:rsidRPr="0007563B" w14:paraId="263600D1" w14:textId="77777777">
        <w:trPr>
          <w:jc w:val="center"/>
        </w:trPr>
        <w:tc>
          <w:tcPr>
            <w:tcW w:w="2608" w:type="dxa"/>
            <w:shd w:val="clear" w:color="auto" w:fill="EEF4F8"/>
            <w:vAlign w:val="center"/>
          </w:tcPr>
          <w:p w14:paraId="0496AEFC"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研究課題名・審査番号</w:t>
            </w:r>
          </w:p>
        </w:tc>
        <w:tc>
          <w:tcPr>
            <w:tcW w:w="6463" w:type="dxa"/>
            <w:vAlign w:val="center"/>
          </w:tcPr>
          <w:p w14:paraId="23C3B651"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　</w:t>
            </w:r>
            <w:r w:rsidRPr="0007563B">
              <w:rPr>
                <w:rFonts w:ascii="Yu Gothic" w:eastAsia="Yu Gothic" w:hAnsi="Yu Gothic"/>
                <w:sz w:val="18"/>
                <w:lang w:eastAsia="ja-JP"/>
              </w:rPr>
              <w:br/>
              <w:t xml:space="preserve">　</w:t>
            </w:r>
          </w:p>
        </w:tc>
      </w:tr>
      <w:tr w:rsidR="009C63FC" w:rsidRPr="0007563B" w14:paraId="775A4C5A" w14:textId="77777777">
        <w:trPr>
          <w:jc w:val="center"/>
        </w:trPr>
        <w:tc>
          <w:tcPr>
            <w:tcW w:w="2608" w:type="dxa"/>
            <w:shd w:val="clear" w:color="auto" w:fill="EEF4F8"/>
            <w:vAlign w:val="center"/>
          </w:tcPr>
          <w:p w14:paraId="00CA1F08"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研究責任者</w:t>
            </w:r>
            <w:proofErr w:type="spellEnd"/>
          </w:p>
        </w:tc>
        <w:tc>
          <w:tcPr>
            <w:tcW w:w="6463" w:type="dxa"/>
            <w:vAlign w:val="center"/>
          </w:tcPr>
          <w:p w14:paraId="651525DC"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所属・職名・氏名</w:t>
            </w:r>
          </w:p>
        </w:tc>
      </w:tr>
      <w:tr w:rsidR="009C63FC" w:rsidRPr="0007563B" w14:paraId="68122481" w14:textId="77777777">
        <w:trPr>
          <w:jc w:val="center"/>
        </w:trPr>
        <w:tc>
          <w:tcPr>
            <w:tcW w:w="2608" w:type="dxa"/>
            <w:shd w:val="clear" w:color="auto" w:fill="EEF4F8"/>
            <w:vAlign w:val="center"/>
          </w:tcPr>
          <w:p w14:paraId="5E2FFF6C"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区分</w:t>
            </w:r>
          </w:p>
        </w:tc>
        <w:tc>
          <w:tcPr>
            <w:tcW w:w="6463" w:type="dxa"/>
            <w:vAlign w:val="center"/>
          </w:tcPr>
          <w:p w14:paraId="7266AD45"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□終了　□中止</w:t>
            </w:r>
          </w:p>
        </w:tc>
      </w:tr>
      <w:tr w:rsidR="009C63FC" w:rsidRPr="0007563B" w14:paraId="6FDCB8E4" w14:textId="77777777">
        <w:trPr>
          <w:jc w:val="center"/>
        </w:trPr>
        <w:tc>
          <w:tcPr>
            <w:tcW w:w="2608" w:type="dxa"/>
            <w:shd w:val="clear" w:color="auto" w:fill="EEF4F8"/>
            <w:vAlign w:val="center"/>
          </w:tcPr>
          <w:p w14:paraId="1B0F4D32"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終了・中止日</w:t>
            </w:r>
          </w:p>
        </w:tc>
        <w:tc>
          <w:tcPr>
            <w:tcW w:w="6463" w:type="dxa"/>
            <w:vAlign w:val="center"/>
          </w:tcPr>
          <w:p w14:paraId="351132F5"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令和　年　月　日</w:t>
            </w:r>
          </w:p>
        </w:tc>
      </w:tr>
      <w:tr w:rsidR="009C63FC" w:rsidRPr="0007563B" w14:paraId="41BD7C8D" w14:textId="77777777">
        <w:trPr>
          <w:jc w:val="center"/>
        </w:trPr>
        <w:tc>
          <w:tcPr>
            <w:tcW w:w="2608" w:type="dxa"/>
            <w:shd w:val="clear" w:color="auto" w:fill="EEF4F8"/>
            <w:vAlign w:val="center"/>
          </w:tcPr>
          <w:p w14:paraId="01AE0582"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実施結果概要</w:t>
            </w:r>
          </w:p>
        </w:tc>
        <w:tc>
          <w:tcPr>
            <w:tcW w:w="6463" w:type="dxa"/>
            <w:vAlign w:val="center"/>
          </w:tcPr>
          <w:p w14:paraId="0C15F75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 xml:space="preserve">当院登録数、解析対象数、主な結果等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r w:rsidRPr="0007563B">
              <w:rPr>
                <w:rFonts w:ascii="Yu Gothic" w:eastAsia="Yu Gothic" w:hAnsi="Yu Gothic"/>
                <w:sz w:val="18"/>
                <w:lang w:eastAsia="ja-JP"/>
              </w:rPr>
              <w:br/>
              <w:t xml:space="preserve">　</w:t>
            </w:r>
          </w:p>
        </w:tc>
      </w:tr>
      <w:tr w:rsidR="009C63FC" w:rsidRPr="0007563B" w14:paraId="52F45E91" w14:textId="77777777">
        <w:trPr>
          <w:jc w:val="center"/>
        </w:trPr>
        <w:tc>
          <w:tcPr>
            <w:tcW w:w="2608" w:type="dxa"/>
            <w:shd w:val="clear" w:color="auto" w:fill="EEF4F8"/>
            <w:vAlign w:val="center"/>
          </w:tcPr>
          <w:p w14:paraId="1D5FF872"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中止理由（該当時</w:t>
            </w:r>
            <w:proofErr w:type="spellEnd"/>
            <w:r w:rsidRPr="0007563B">
              <w:rPr>
                <w:rFonts w:ascii="Yu Gothic" w:eastAsia="Yu Gothic" w:hAnsi="Yu Gothic"/>
                <w:b/>
                <w:sz w:val="18"/>
              </w:rPr>
              <w:t>）</w:t>
            </w:r>
          </w:p>
        </w:tc>
        <w:tc>
          <w:tcPr>
            <w:tcW w:w="6463" w:type="dxa"/>
            <w:vAlign w:val="center"/>
          </w:tcPr>
          <w:p w14:paraId="05CADFB2"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p>
        </w:tc>
      </w:tr>
      <w:tr w:rsidR="009C63FC" w:rsidRPr="0007563B" w14:paraId="7FE42EEE" w14:textId="77777777">
        <w:trPr>
          <w:jc w:val="center"/>
        </w:trPr>
        <w:tc>
          <w:tcPr>
            <w:tcW w:w="2608" w:type="dxa"/>
            <w:shd w:val="clear" w:color="auto" w:fill="EEF4F8"/>
            <w:vAlign w:val="center"/>
          </w:tcPr>
          <w:p w14:paraId="03DCD5A5"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有害事象・不適合等</w:t>
            </w:r>
          </w:p>
        </w:tc>
        <w:tc>
          <w:tcPr>
            <w:tcW w:w="6463" w:type="dxa"/>
            <w:vAlign w:val="center"/>
          </w:tcPr>
          <w:p w14:paraId="49FCBCCF"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□なし　□あり（概要：　　　　　　　　　）</w:t>
            </w:r>
          </w:p>
        </w:tc>
      </w:tr>
      <w:tr w:rsidR="009C63FC" w:rsidRPr="0007563B" w14:paraId="3405ED28" w14:textId="77777777">
        <w:trPr>
          <w:jc w:val="center"/>
        </w:trPr>
        <w:tc>
          <w:tcPr>
            <w:tcW w:w="2608" w:type="dxa"/>
            <w:shd w:val="clear" w:color="auto" w:fill="EEF4F8"/>
            <w:vAlign w:val="center"/>
          </w:tcPr>
          <w:p w14:paraId="6FE96994"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b/>
                <w:sz w:val="18"/>
                <w:lang w:eastAsia="ja-JP"/>
              </w:rPr>
              <w:t>試料・情報の保管・廃棄</w:t>
            </w:r>
          </w:p>
        </w:tc>
        <w:tc>
          <w:tcPr>
            <w:tcW w:w="6463" w:type="dxa"/>
            <w:vAlign w:val="center"/>
          </w:tcPr>
          <w:p w14:paraId="68843C30"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保管場所、責任者、期間又は廃棄方法</w:t>
            </w:r>
          </w:p>
        </w:tc>
      </w:tr>
      <w:tr w:rsidR="009C63FC" w:rsidRPr="0007563B" w14:paraId="710A6331" w14:textId="77777777">
        <w:trPr>
          <w:jc w:val="center"/>
        </w:trPr>
        <w:tc>
          <w:tcPr>
            <w:tcW w:w="2608" w:type="dxa"/>
            <w:shd w:val="clear" w:color="auto" w:fill="EEF4F8"/>
            <w:vAlign w:val="center"/>
          </w:tcPr>
          <w:p w14:paraId="6267EAB3"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結果公表・公開DB</w:t>
            </w:r>
            <w:proofErr w:type="spellEnd"/>
          </w:p>
        </w:tc>
        <w:tc>
          <w:tcPr>
            <w:tcW w:w="6463" w:type="dxa"/>
            <w:vAlign w:val="center"/>
          </w:tcPr>
          <w:p w14:paraId="47A3C6B2" w14:textId="77777777" w:rsidR="009C63FC" w:rsidRPr="0007563B" w:rsidRDefault="00000000">
            <w:pPr>
              <w:spacing w:line="252" w:lineRule="auto"/>
              <w:rPr>
                <w:rFonts w:ascii="Yu Gothic" w:eastAsia="Yu Gothic" w:hAnsi="Yu Gothic"/>
                <w:lang w:eastAsia="ja-JP"/>
              </w:rPr>
            </w:pPr>
            <w:r w:rsidRPr="0007563B">
              <w:rPr>
                <w:rFonts w:ascii="Yu Gothic" w:eastAsia="Yu Gothic" w:hAnsi="Yu Gothic"/>
                <w:sz w:val="18"/>
                <w:lang w:eastAsia="ja-JP"/>
              </w:rPr>
              <w:t>公表予定・実績、登録番号、結果登録状況</w:t>
            </w:r>
          </w:p>
        </w:tc>
      </w:tr>
      <w:tr w:rsidR="009C63FC" w:rsidRPr="0007563B" w14:paraId="4EDFCB27" w14:textId="77777777">
        <w:trPr>
          <w:jc w:val="center"/>
        </w:trPr>
        <w:tc>
          <w:tcPr>
            <w:tcW w:w="2608" w:type="dxa"/>
            <w:shd w:val="clear" w:color="auto" w:fill="EEF4F8"/>
            <w:vAlign w:val="center"/>
          </w:tcPr>
          <w:p w14:paraId="368C4869" w14:textId="77777777" w:rsidR="009C63FC" w:rsidRPr="0007563B" w:rsidRDefault="00000000">
            <w:pPr>
              <w:spacing w:line="252" w:lineRule="auto"/>
              <w:rPr>
                <w:rFonts w:ascii="Yu Gothic" w:eastAsia="Yu Gothic" w:hAnsi="Yu Gothic"/>
              </w:rPr>
            </w:pPr>
            <w:proofErr w:type="spellStart"/>
            <w:r w:rsidRPr="0007563B">
              <w:rPr>
                <w:rFonts w:ascii="Yu Gothic" w:eastAsia="Yu Gothic" w:hAnsi="Yu Gothic"/>
                <w:b/>
                <w:sz w:val="18"/>
              </w:rPr>
              <w:t>研究終了後の対応</w:t>
            </w:r>
            <w:proofErr w:type="spellEnd"/>
          </w:p>
        </w:tc>
        <w:tc>
          <w:tcPr>
            <w:tcW w:w="6463" w:type="dxa"/>
            <w:vAlign w:val="center"/>
          </w:tcPr>
          <w:p w14:paraId="3EC2B67E" w14:textId="77777777" w:rsidR="009C63FC" w:rsidRPr="0007563B" w:rsidRDefault="00000000">
            <w:pPr>
              <w:spacing w:line="252" w:lineRule="auto"/>
              <w:rPr>
                <w:rFonts w:ascii="Yu Gothic" w:eastAsia="Yu Gothic" w:hAnsi="Yu Gothic"/>
              </w:rPr>
            </w:pPr>
            <w:r w:rsidRPr="0007563B">
              <w:rPr>
                <w:rFonts w:ascii="Yu Gothic" w:eastAsia="Yu Gothic" w:hAnsi="Yu Gothic"/>
                <w:sz w:val="18"/>
              </w:rPr>
              <w:t xml:space="preserve">　</w:t>
            </w:r>
            <w:r w:rsidRPr="0007563B">
              <w:rPr>
                <w:rFonts w:ascii="Yu Gothic" w:eastAsia="Yu Gothic" w:hAnsi="Yu Gothic"/>
                <w:sz w:val="18"/>
              </w:rPr>
              <w:br/>
              <w:t xml:space="preserve">　</w:t>
            </w:r>
            <w:r w:rsidRPr="0007563B">
              <w:rPr>
                <w:rFonts w:ascii="Yu Gothic" w:eastAsia="Yu Gothic" w:hAnsi="Yu Gothic"/>
                <w:sz w:val="18"/>
              </w:rPr>
              <w:br/>
              <w:t xml:space="preserve">　</w:t>
            </w:r>
          </w:p>
        </w:tc>
      </w:tr>
      <w:tr w:rsidR="009C63FC" w:rsidRPr="0007563B" w14:paraId="7E6DAC87" w14:textId="77777777">
        <w:trPr>
          <w:jc w:val="center"/>
        </w:trPr>
        <w:tc>
          <w:tcPr>
            <w:tcW w:w="2608" w:type="dxa"/>
            <w:shd w:val="clear" w:color="auto" w:fill="EEF4F8"/>
            <w:vAlign w:val="center"/>
          </w:tcPr>
          <w:p w14:paraId="7A8166AA" w14:textId="77777777" w:rsidR="009C63FC" w:rsidRPr="0007563B" w:rsidRDefault="00000000">
            <w:pPr>
              <w:spacing w:line="252" w:lineRule="auto"/>
              <w:rPr>
                <w:rFonts w:ascii="Yu Gothic" w:eastAsia="Yu Gothic" w:hAnsi="Yu Gothic"/>
              </w:rPr>
            </w:pPr>
            <w:r w:rsidRPr="0007563B">
              <w:rPr>
                <w:rFonts w:ascii="Yu Gothic" w:eastAsia="Yu Gothic" w:hAnsi="Yu Gothic"/>
                <w:b/>
                <w:sz w:val="18"/>
              </w:rPr>
              <w:t>署名</w:t>
            </w:r>
          </w:p>
        </w:tc>
        <w:tc>
          <w:tcPr>
            <w:tcW w:w="6463" w:type="dxa"/>
            <w:vAlign w:val="center"/>
          </w:tcPr>
          <w:p w14:paraId="514C7D3F" w14:textId="77777777" w:rsidR="009C63FC" w:rsidRPr="0007563B" w:rsidRDefault="00000000">
            <w:pPr>
              <w:spacing w:line="252" w:lineRule="auto"/>
              <w:rPr>
                <w:rFonts w:ascii="Yu Gothic" w:eastAsia="Yu Gothic" w:hAnsi="Yu Gothic"/>
                <w:lang w:eastAsia="zh-TW"/>
              </w:rPr>
            </w:pPr>
            <w:r w:rsidRPr="0007563B">
              <w:rPr>
                <w:rFonts w:ascii="Yu Gothic" w:eastAsia="Yu Gothic" w:hAnsi="Yu Gothic"/>
                <w:sz w:val="18"/>
                <w:lang w:eastAsia="zh-TW"/>
              </w:rPr>
              <w:t xml:space="preserve">研究責任者：　　　　　　　　　</w:t>
            </w:r>
          </w:p>
        </w:tc>
      </w:tr>
    </w:tbl>
    <w:p w14:paraId="5080C4A8" w14:textId="77777777" w:rsidR="009C63FC" w:rsidRPr="0007563B" w:rsidRDefault="009C63FC">
      <w:pPr>
        <w:spacing w:after="20"/>
        <w:rPr>
          <w:rFonts w:ascii="Yu Gothic" w:eastAsia="Yu Gothic" w:hAnsi="Yu Gothic"/>
          <w:lang w:eastAsia="zh-TW"/>
        </w:rPr>
      </w:pPr>
    </w:p>
    <w:sectPr w:rsidR="009C63FC" w:rsidRPr="0007563B" w:rsidSect="00034616">
      <w:footerReference w:type="default" r:id="rId8"/>
      <w:pgSz w:w="12240" w:h="15840"/>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DF367" w14:textId="77777777" w:rsidR="0003007B" w:rsidRDefault="0003007B">
      <w:pPr>
        <w:spacing w:after="0" w:line="240" w:lineRule="auto"/>
      </w:pPr>
      <w:r>
        <w:separator/>
      </w:r>
    </w:p>
  </w:endnote>
  <w:endnote w:type="continuationSeparator" w:id="0">
    <w:p w14:paraId="13A1007A" w14:textId="77777777" w:rsidR="0003007B" w:rsidRDefault="00030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4DA94" w14:textId="77777777" w:rsidR="009C63FC" w:rsidRDefault="00000000">
    <w:pPr>
      <w:pStyle w:val="a7"/>
      <w:jc w:val="center"/>
      <w:rPr>
        <w:lang w:eastAsia="ja-JP"/>
      </w:rPr>
    </w:pPr>
    <w:r>
      <w:rPr>
        <w:sz w:val="16"/>
        <w:lang w:eastAsia="ja-JP"/>
      </w:rPr>
      <w:t xml:space="preserve">さいがた医療センター臨床研究倫理審査等様式集（案）　</w:t>
    </w:r>
    <w:r>
      <w:fldChar w:fldCharType="begin"/>
    </w:r>
    <w:r>
      <w:rPr>
        <w:lang w:eastAsia="ja-JP"/>
      </w:rPr>
      <w:instrText>PAGE</w:instrText>
    </w:r>
    <w:r>
      <w:fldChar w:fldCharType="separate"/>
    </w:r>
    <w:r w:rsidR="0007563B">
      <w:rPr>
        <w:noProof/>
        <w:lang w:eastAsia="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82426" w14:textId="77777777" w:rsidR="0003007B" w:rsidRDefault="0003007B">
      <w:pPr>
        <w:spacing w:after="0" w:line="240" w:lineRule="auto"/>
      </w:pPr>
      <w:r>
        <w:separator/>
      </w:r>
    </w:p>
  </w:footnote>
  <w:footnote w:type="continuationSeparator" w:id="0">
    <w:p w14:paraId="23D0AADF" w14:textId="77777777" w:rsidR="0003007B" w:rsidRDefault="000300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2689516">
    <w:abstractNumId w:val="8"/>
  </w:num>
  <w:num w:numId="2" w16cid:durableId="1069957593">
    <w:abstractNumId w:val="6"/>
  </w:num>
  <w:num w:numId="3" w16cid:durableId="1971400249">
    <w:abstractNumId w:val="5"/>
  </w:num>
  <w:num w:numId="4" w16cid:durableId="1740588300">
    <w:abstractNumId w:val="4"/>
  </w:num>
  <w:num w:numId="5" w16cid:durableId="11304208">
    <w:abstractNumId w:val="7"/>
  </w:num>
  <w:num w:numId="6" w16cid:durableId="1476605778">
    <w:abstractNumId w:val="3"/>
  </w:num>
  <w:num w:numId="7" w16cid:durableId="1163622525">
    <w:abstractNumId w:val="2"/>
  </w:num>
  <w:num w:numId="8" w16cid:durableId="1756128594">
    <w:abstractNumId w:val="1"/>
  </w:num>
  <w:num w:numId="9" w16cid:durableId="949165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07B"/>
    <w:rsid w:val="00034616"/>
    <w:rsid w:val="0006063C"/>
    <w:rsid w:val="00062F1F"/>
    <w:rsid w:val="0007563B"/>
    <w:rsid w:val="0015074B"/>
    <w:rsid w:val="00286D4D"/>
    <w:rsid w:val="0029639D"/>
    <w:rsid w:val="00326F90"/>
    <w:rsid w:val="003D40C1"/>
    <w:rsid w:val="00402170"/>
    <w:rsid w:val="004E1646"/>
    <w:rsid w:val="005A4F90"/>
    <w:rsid w:val="007F5A95"/>
    <w:rsid w:val="009C63FC"/>
    <w:rsid w:val="009D3058"/>
    <w:rsid w:val="00AA1D8D"/>
    <w:rsid w:val="00B47730"/>
    <w:rsid w:val="00B5321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ADAA789"/>
  <w14:defaultImageDpi w14:val="300"/>
  <w15:docId w15:val="{1F35EE79-50E4-41C7-A5A4-93FFF91D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さいがた医療センター臨床研究倫理審査等様式集（案）</dc:title>
  <dc:subject/>
  <dc:creator>大森　昭夫／Oomori,Akio</dc:creator>
  <cp:keywords/>
  <dc:description>generated by python-docx</dc:description>
  <cp:lastModifiedBy>竹田　仁／Takeda,Hitoshi</cp:lastModifiedBy>
  <cp:revision>6</cp:revision>
  <dcterms:created xsi:type="dcterms:W3CDTF">2013-12-23T23:15:00Z</dcterms:created>
  <dcterms:modified xsi:type="dcterms:W3CDTF">2026-10-06T06:23:00Z</dcterms:modified>
  <cp:category/>
</cp:coreProperties>
</file>